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F71AF" w14:textId="77777777" w:rsidR="000203A8" w:rsidRDefault="000203A8">
      <w:pPr>
        <w:spacing w:after="40"/>
        <w:jc w:val="center"/>
        <w:rPr>
          <w:rFonts w:eastAsiaTheme="minorEastAsia"/>
          <w:b/>
          <w:color w:val="16A6A1"/>
          <w:sz w:val="24"/>
          <w:szCs w:val="24"/>
          <w:lang w:eastAsia="ja-JP"/>
        </w:rPr>
      </w:pPr>
    </w:p>
    <w:p w14:paraId="7E17B287" w14:textId="77777777" w:rsidR="000203A8" w:rsidRDefault="000203A8">
      <w:pPr>
        <w:spacing w:after="40"/>
        <w:jc w:val="center"/>
        <w:rPr>
          <w:rFonts w:eastAsiaTheme="minorEastAsia" w:hint="eastAsia"/>
          <w:b/>
          <w:color w:val="16A6A1"/>
          <w:sz w:val="24"/>
          <w:szCs w:val="24"/>
          <w:lang w:eastAsia="ja-JP"/>
        </w:rPr>
      </w:pPr>
    </w:p>
    <w:p w14:paraId="7D9AA78D" w14:textId="41D7BF37" w:rsidR="000337C8" w:rsidRDefault="00000000">
      <w:pPr>
        <w:spacing w:after="40"/>
        <w:jc w:val="center"/>
        <w:rPr>
          <w:rFonts w:eastAsiaTheme="minorEastAsia"/>
          <w:b/>
          <w:color w:val="16A6A1"/>
          <w:sz w:val="24"/>
          <w:szCs w:val="24"/>
          <w:lang w:eastAsia="ja-JP"/>
        </w:rPr>
      </w:pPr>
      <w:r w:rsidRPr="000203A8">
        <w:rPr>
          <w:b/>
          <w:color w:val="16A6A1"/>
          <w:sz w:val="24"/>
          <w:szCs w:val="24"/>
          <w:lang w:eastAsia="ja-JP"/>
        </w:rPr>
        <w:t>第5回 日本デジタル矯正歯科学会 学術大会　｜　2026.9.6 SUN　JPタワー名古屋</w:t>
      </w:r>
    </w:p>
    <w:p w14:paraId="41888F19" w14:textId="77777777" w:rsidR="000203A8" w:rsidRPr="000203A8" w:rsidRDefault="000203A8">
      <w:pPr>
        <w:spacing w:after="40"/>
        <w:jc w:val="center"/>
        <w:rPr>
          <w:rFonts w:eastAsiaTheme="minorEastAsia" w:hint="eastAsia"/>
          <w:sz w:val="24"/>
          <w:szCs w:val="24"/>
          <w:lang w:eastAsia="ja-JP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72"/>
      </w:tblGrid>
      <w:tr w:rsidR="000337C8" w14:paraId="6B7D6ACA" w14:textId="77777777">
        <w:trPr>
          <w:jc w:val="center"/>
        </w:trPr>
        <w:tc>
          <w:tcPr>
            <w:tcW w:w="10772" w:type="dxa"/>
            <w:shd w:val="clear" w:color="auto" w:fill="123A63"/>
            <w:tcMar>
              <w:top w:w="300" w:type="dxa"/>
              <w:left w:w="160" w:type="dxa"/>
              <w:bottom w:w="300" w:type="dxa"/>
              <w:right w:w="160" w:type="dxa"/>
            </w:tcMar>
          </w:tcPr>
          <w:p w14:paraId="311AC828" w14:textId="01FB2D1E" w:rsidR="000337C8" w:rsidRDefault="00000000">
            <w:pPr>
              <w:spacing w:after="0" w:line="252" w:lineRule="auto"/>
              <w:jc w:val="center"/>
              <w:rPr>
                <w:lang w:eastAsia="ja-JP"/>
              </w:rPr>
            </w:pPr>
            <w:r>
              <w:rPr>
                <w:b/>
                <w:color w:val="FFFFFF"/>
                <w:sz w:val="48"/>
                <w:lang w:eastAsia="ja-JP"/>
              </w:rPr>
              <w:t>スタッフみんなで、</w:t>
            </w:r>
            <w:r>
              <w:rPr>
                <w:b/>
                <w:color w:val="FFFFFF"/>
                <w:sz w:val="48"/>
                <w:lang w:eastAsia="ja-JP"/>
              </w:rPr>
              <w:br/>
              <w:t>デジタル歯科</w:t>
            </w:r>
            <w:r w:rsidR="000203A8">
              <w:rPr>
                <w:rFonts w:ascii="ＭＳ 明朝" w:eastAsia="ＭＳ 明朝" w:hAnsi="ＭＳ 明朝" w:cs="ＭＳ 明朝" w:hint="eastAsia"/>
                <w:b/>
                <w:color w:val="FFFFFF"/>
                <w:sz w:val="48"/>
                <w:lang w:eastAsia="ja-JP"/>
              </w:rPr>
              <w:t>・矯正</w:t>
            </w:r>
            <w:r>
              <w:rPr>
                <w:b/>
                <w:color w:val="FFFFFF"/>
                <w:sz w:val="48"/>
                <w:lang w:eastAsia="ja-JP"/>
              </w:rPr>
              <w:t>の未来を学ぶ1日。</w:t>
            </w:r>
          </w:p>
        </w:tc>
      </w:tr>
    </w:tbl>
    <w:p w14:paraId="4576B36E" w14:textId="77777777" w:rsidR="000337C8" w:rsidRDefault="000337C8">
      <w:pPr>
        <w:spacing w:after="40"/>
        <w:rPr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5386"/>
      </w:tblGrid>
      <w:tr w:rsidR="000337C8" w14:paraId="7B3317B5" w14:textId="77777777">
        <w:trPr>
          <w:jc w:val="center"/>
        </w:trPr>
        <w:tc>
          <w:tcPr>
            <w:tcW w:w="5386" w:type="dxa"/>
            <w:shd w:val="clear" w:color="auto" w:fill="16A6A1"/>
            <w:tcMar>
              <w:top w:w="190" w:type="dxa"/>
              <w:left w:w="100" w:type="dxa"/>
              <w:bottom w:w="190" w:type="dxa"/>
              <w:right w:w="100" w:type="dxa"/>
            </w:tcMar>
          </w:tcPr>
          <w:p w14:paraId="75CE5A19" w14:textId="77777777" w:rsidR="000337C8" w:rsidRDefault="00000000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b/>
                <w:color w:val="FFFFFF"/>
                <w:sz w:val="28"/>
                <w:lang w:eastAsia="ja-JP"/>
              </w:rPr>
              <w:t>同じ医院・グループから</w:t>
            </w:r>
            <w:r>
              <w:rPr>
                <w:b/>
                <w:color w:val="FFFFFF"/>
                <w:sz w:val="28"/>
                <w:lang w:eastAsia="ja-JP"/>
              </w:rPr>
              <w:br/>
              <w:t>5名以上でお申込み</w:t>
            </w:r>
          </w:p>
        </w:tc>
        <w:tc>
          <w:tcPr>
            <w:tcW w:w="5386" w:type="dxa"/>
            <w:shd w:val="clear" w:color="auto" w:fill="FFF1E8"/>
            <w:tcMar>
              <w:top w:w="190" w:type="dxa"/>
              <w:left w:w="100" w:type="dxa"/>
              <w:bottom w:w="190" w:type="dxa"/>
              <w:right w:w="100" w:type="dxa"/>
            </w:tcMar>
          </w:tcPr>
          <w:p w14:paraId="08637ACE" w14:textId="77777777" w:rsidR="000337C8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D94B4B"/>
                <w:sz w:val="22"/>
              </w:rPr>
              <w:t>特別団体割引</w:t>
            </w:r>
            <w:proofErr w:type="spellEnd"/>
          </w:p>
          <w:p w14:paraId="6B6ADEEA" w14:textId="77777777" w:rsidR="000337C8" w:rsidRDefault="00000000">
            <w:pPr>
              <w:spacing w:after="0" w:line="240" w:lineRule="auto"/>
              <w:jc w:val="center"/>
            </w:pPr>
            <w:r>
              <w:rPr>
                <w:b/>
                <w:color w:val="D94B4B"/>
                <w:sz w:val="54"/>
              </w:rPr>
              <w:t>50％ OFF</w:t>
            </w:r>
          </w:p>
          <w:p w14:paraId="7DF6AC0B" w14:textId="77777777" w:rsidR="000337C8" w:rsidRDefault="00000000">
            <w:pPr>
              <w:spacing w:after="0" w:line="240" w:lineRule="auto"/>
              <w:jc w:val="center"/>
            </w:pPr>
            <w:r>
              <w:rPr>
                <w:color w:val="183242"/>
                <w:sz w:val="15"/>
              </w:rPr>
              <w:t>各参加区分の正規参加費から</w:t>
            </w:r>
          </w:p>
        </w:tc>
      </w:tr>
    </w:tbl>
    <w:p w14:paraId="1ADB15F0" w14:textId="77777777" w:rsidR="000203A8" w:rsidRDefault="000203A8">
      <w:pPr>
        <w:spacing w:after="80" w:line="240" w:lineRule="auto"/>
        <w:jc w:val="center"/>
        <w:rPr>
          <w:rFonts w:eastAsiaTheme="minorEastAsia"/>
          <w:b/>
          <w:color w:val="123A63"/>
          <w:sz w:val="20"/>
          <w:lang w:eastAsia="ja-JP"/>
        </w:rPr>
      </w:pPr>
    </w:p>
    <w:p w14:paraId="72216261" w14:textId="6D777547" w:rsidR="000337C8" w:rsidRDefault="00000000">
      <w:pPr>
        <w:spacing w:after="80" w:line="240" w:lineRule="auto"/>
        <w:jc w:val="center"/>
        <w:rPr>
          <w:rFonts w:eastAsiaTheme="minorEastAsia"/>
          <w:b/>
          <w:color w:val="123A63"/>
          <w:sz w:val="20"/>
          <w:lang w:eastAsia="ja-JP"/>
        </w:rPr>
      </w:pPr>
      <w:r>
        <w:rPr>
          <w:b/>
          <w:color w:val="123A63"/>
          <w:sz w:val="20"/>
          <w:lang w:eastAsia="ja-JP"/>
        </w:rPr>
        <w:t>院長先生＋勤務医＋歯科衛生士＋歯科技工士など、職種の組み合わせは自由です。</w:t>
      </w:r>
    </w:p>
    <w:p w14:paraId="363277CF" w14:textId="77777777" w:rsidR="000203A8" w:rsidRPr="000203A8" w:rsidRDefault="000203A8">
      <w:pPr>
        <w:spacing w:after="80" w:line="240" w:lineRule="auto"/>
        <w:jc w:val="center"/>
        <w:rPr>
          <w:rFonts w:eastAsiaTheme="minorEastAsia" w:hint="eastAsia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680"/>
        <w:gridCol w:w="2154"/>
        <w:gridCol w:w="680"/>
        <w:gridCol w:w="4989"/>
      </w:tblGrid>
      <w:tr w:rsidR="000337C8" w14:paraId="488E6D17" w14:textId="77777777">
        <w:trPr>
          <w:jc w:val="center"/>
        </w:trPr>
        <w:tc>
          <w:tcPr>
            <w:tcW w:w="2154" w:type="dxa"/>
            <w:shd w:val="clear" w:color="auto" w:fill="EAF4FA"/>
            <w:tcMar>
              <w:top w:w="130" w:type="dxa"/>
              <w:left w:w="40" w:type="dxa"/>
              <w:bottom w:w="130" w:type="dxa"/>
              <w:right w:w="40" w:type="dxa"/>
            </w:tcMar>
          </w:tcPr>
          <w:p w14:paraId="05C8052C" w14:textId="77777777" w:rsidR="000337C8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123A63"/>
              </w:rPr>
              <w:t>院長</w:t>
            </w:r>
            <w:proofErr w:type="spellEnd"/>
          </w:p>
          <w:p w14:paraId="657B2C0B" w14:textId="77777777" w:rsidR="000337C8" w:rsidRDefault="00000000">
            <w:pPr>
              <w:spacing w:after="0" w:line="240" w:lineRule="auto"/>
              <w:jc w:val="center"/>
            </w:pPr>
            <w:r>
              <w:rPr>
                <w:b/>
                <w:color w:val="16A6A1"/>
                <w:sz w:val="28"/>
              </w:rPr>
              <w:t>1名</w:t>
            </w:r>
          </w:p>
        </w:tc>
        <w:tc>
          <w:tcPr>
            <w:tcW w:w="680" w:type="dxa"/>
            <w:shd w:val="clear" w:color="auto" w:fill="FFFFFF"/>
            <w:tcMar>
              <w:top w:w="130" w:type="dxa"/>
              <w:left w:w="40" w:type="dxa"/>
              <w:bottom w:w="130" w:type="dxa"/>
              <w:right w:w="40" w:type="dxa"/>
            </w:tcMar>
          </w:tcPr>
          <w:p w14:paraId="415591A4" w14:textId="77777777" w:rsidR="000337C8" w:rsidRDefault="00000000">
            <w:pPr>
              <w:spacing w:after="0" w:line="240" w:lineRule="auto"/>
              <w:jc w:val="center"/>
            </w:pPr>
            <w:r>
              <w:rPr>
                <w:b/>
                <w:color w:val="16A6A1"/>
                <w:sz w:val="26"/>
              </w:rPr>
              <w:t>＋</w:t>
            </w:r>
          </w:p>
        </w:tc>
        <w:tc>
          <w:tcPr>
            <w:tcW w:w="2154" w:type="dxa"/>
            <w:shd w:val="clear" w:color="auto" w:fill="EAF4FA"/>
            <w:tcMar>
              <w:top w:w="130" w:type="dxa"/>
              <w:left w:w="40" w:type="dxa"/>
              <w:bottom w:w="130" w:type="dxa"/>
              <w:right w:w="40" w:type="dxa"/>
            </w:tcMar>
          </w:tcPr>
          <w:p w14:paraId="0AC10CC9" w14:textId="77777777" w:rsidR="000337C8" w:rsidRDefault="00000000">
            <w:pPr>
              <w:spacing w:after="0" w:line="240" w:lineRule="auto"/>
              <w:jc w:val="center"/>
            </w:pPr>
            <w:r>
              <w:rPr>
                <w:b/>
                <w:color w:val="123A63"/>
              </w:rPr>
              <w:t>勤務医</w:t>
            </w:r>
          </w:p>
          <w:p w14:paraId="2B142415" w14:textId="77777777" w:rsidR="000337C8" w:rsidRDefault="00000000">
            <w:pPr>
              <w:spacing w:after="0" w:line="240" w:lineRule="auto"/>
              <w:jc w:val="center"/>
            </w:pPr>
            <w:r>
              <w:rPr>
                <w:b/>
                <w:color w:val="16A6A1"/>
                <w:sz w:val="28"/>
              </w:rPr>
              <w:t>1名</w:t>
            </w:r>
          </w:p>
        </w:tc>
        <w:tc>
          <w:tcPr>
            <w:tcW w:w="680" w:type="dxa"/>
            <w:shd w:val="clear" w:color="auto" w:fill="FFFFFF"/>
            <w:tcMar>
              <w:top w:w="130" w:type="dxa"/>
              <w:left w:w="40" w:type="dxa"/>
              <w:bottom w:w="130" w:type="dxa"/>
              <w:right w:w="40" w:type="dxa"/>
            </w:tcMar>
          </w:tcPr>
          <w:p w14:paraId="3EB901C9" w14:textId="77777777" w:rsidR="000337C8" w:rsidRDefault="00000000">
            <w:pPr>
              <w:spacing w:after="0" w:line="240" w:lineRule="auto"/>
              <w:jc w:val="center"/>
            </w:pPr>
            <w:r>
              <w:rPr>
                <w:b/>
                <w:color w:val="16A6A1"/>
                <w:sz w:val="26"/>
              </w:rPr>
              <w:t>＋</w:t>
            </w:r>
          </w:p>
        </w:tc>
        <w:tc>
          <w:tcPr>
            <w:tcW w:w="4989" w:type="dxa"/>
            <w:shd w:val="clear" w:color="auto" w:fill="EAF4FA"/>
            <w:tcMar>
              <w:top w:w="130" w:type="dxa"/>
              <w:left w:w="40" w:type="dxa"/>
              <w:bottom w:w="130" w:type="dxa"/>
              <w:right w:w="40" w:type="dxa"/>
            </w:tcMar>
          </w:tcPr>
          <w:p w14:paraId="5A8652C9" w14:textId="77777777" w:rsidR="000337C8" w:rsidRDefault="00000000">
            <w:pPr>
              <w:spacing w:after="0" w:line="240" w:lineRule="auto"/>
              <w:jc w:val="center"/>
            </w:pPr>
            <w:r>
              <w:rPr>
                <w:b/>
                <w:color w:val="123A63"/>
              </w:rPr>
              <w:t>歯科衛生士</w:t>
            </w:r>
          </w:p>
          <w:p w14:paraId="6E22CFE5" w14:textId="77777777" w:rsidR="000337C8" w:rsidRDefault="00000000">
            <w:pPr>
              <w:spacing w:after="0" w:line="240" w:lineRule="auto"/>
              <w:jc w:val="center"/>
            </w:pPr>
            <w:r>
              <w:rPr>
                <w:b/>
                <w:color w:val="16A6A1"/>
                <w:sz w:val="28"/>
              </w:rPr>
              <w:t>3名</w:t>
            </w:r>
          </w:p>
        </w:tc>
      </w:tr>
    </w:tbl>
    <w:p w14:paraId="1AFBF096" w14:textId="77777777" w:rsidR="000337C8" w:rsidRDefault="00000000">
      <w:pPr>
        <w:spacing w:after="80" w:line="240" w:lineRule="auto"/>
        <w:jc w:val="center"/>
        <w:rPr>
          <w:rFonts w:eastAsiaTheme="minorEastAsia"/>
          <w:b/>
          <w:color w:val="D94B4B"/>
          <w:sz w:val="26"/>
          <w:lang w:eastAsia="ja-JP"/>
        </w:rPr>
      </w:pPr>
      <w:r>
        <w:rPr>
          <w:b/>
          <w:color w:val="D94B4B"/>
          <w:sz w:val="26"/>
        </w:rPr>
        <w:t>＝ 5名で団体割引適用！</w:t>
      </w:r>
    </w:p>
    <w:p w14:paraId="12CFA31F" w14:textId="77777777" w:rsidR="000203A8" w:rsidRPr="000203A8" w:rsidRDefault="000203A8">
      <w:pPr>
        <w:spacing w:after="80" w:line="240" w:lineRule="auto"/>
        <w:jc w:val="center"/>
        <w:rPr>
          <w:rFonts w:eastAsiaTheme="minorEastAsia" w:hint="eastAsia"/>
          <w:lang w:eastAsia="ja-JP"/>
        </w:rPr>
      </w:pPr>
    </w:p>
    <w:p w14:paraId="4E496D2E" w14:textId="77777777" w:rsidR="000337C8" w:rsidRDefault="00000000">
      <w:pPr>
        <w:pBdr>
          <w:bottom w:val="single" w:sz="8" w:space="1" w:color="16A6A1"/>
        </w:pBdr>
        <w:spacing w:after="60" w:line="240" w:lineRule="auto"/>
        <w:jc w:val="center"/>
        <w:rPr>
          <w:lang w:eastAsia="ja-JP"/>
        </w:rPr>
      </w:pPr>
      <w:r>
        <w:rPr>
          <w:b/>
          <w:color w:val="123A63"/>
          <w:sz w:val="24"/>
          <w:lang w:eastAsia="ja-JP"/>
        </w:rPr>
        <w:t>1日で学べる、デジタル歯科・矯正の最新テーマ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49"/>
        <w:gridCol w:w="3549"/>
        <w:gridCol w:w="3549"/>
      </w:tblGrid>
      <w:tr w:rsidR="000337C8" w14:paraId="23628A24" w14:textId="77777777">
        <w:trPr>
          <w:jc w:val="center"/>
        </w:trPr>
        <w:tc>
          <w:tcPr>
            <w:tcW w:w="3549" w:type="dxa"/>
            <w:shd w:val="clear" w:color="auto" w:fill="F4F7F9"/>
            <w:tcMar>
              <w:top w:w="150" w:type="dxa"/>
              <w:left w:w="70" w:type="dxa"/>
              <w:bottom w:w="145" w:type="dxa"/>
              <w:right w:w="70" w:type="dxa"/>
            </w:tcMar>
          </w:tcPr>
          <w:p w14:paraId="71EE4A82" w14:textId="77777777" w:rsidR="000337C8" w:rsidRDefault="00000000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b/>
                <w:color w:val="123A63"/>
                <w:lang w:eastAsia="ja-JP"/>
              </w:rPr>
              <w:t>AI × デジタル矯正</w:t>
            </w:r>
          </w:p>
          <w:p w14:paraId="5DAD6465" w14:textId="77777777" w:rsidR="000337C8" w:rsidRDefault="00000000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color w:val="667682"/>
                <w:sz w:val="14"/>
                <w:lang w:eastAsia="ja-JP"/>
              </w:rPr>
              <w:t>診断・臨床イノベーション</w:t>
            </w:r>
          </w:p>
        </w:tc>
        <w:tc>
          <w:tcPr>
            <w:tcW w:w="3549" w:type="dxa"/>
            <w:shd w:val="clear" w:color="auto" w:fill="F4F7F9"/>
            <w:tcMar>
              <w:top w:w="150" w:type="dxa"/>
              <w:left w:w="70" w:type="dxa"/>
              <w:bottom w:w="145" w:type="dxa"/>
              <w:right w:w="70" w:type="dxa"/>
            </w:tcMar>
          </w:tcPr>
          <w:p w14:paraId="5FF16A9B" w14:textId="77777777" w:rsidR="000337C8" w:rsidRDefault="00000000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b/>
                <w:color w:val="123A63"/>
                <w:lang w:eastAsia="ja-JP"/>
              </w:rPr>
              <w:t>アライナー矯正 / TITAN</w:t>
            </w:r>
          </w:p>
          <w:p w14:paraId="4B939613" w14:textId="77777777" w:rsidR="000337C8" w:rsidRDefault="00000000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color w:val="667682"/>
                <w:sz w:val="14"/>
                <w:lang w:eastAsia="ja-JP"/>
              </w:rPr>
              <w:t>最新のデジタル設計と臨床</w:t>
            </w:r>
          </w:p>
        </w:tc>
        <w:tc>
          <w:tcPr>
            <w:tcW w:w="3549" w:type="dxa"/>
            <w:shd w:val="clear" w:color="auto" w:fill="F4F7F9"/>
            <w:tcMar>
              <w:top w:w="150" w:type="dxa"/>
              <w:left w:w="70" w:type="dxa"/>
              <w:bottom w:w="145" w:type="dxa"/>
              <w:right w:w="70" w:type="dxa"/>
            </w:tcMar>
          </w:tcPr>
          <w:p w14:paraId="77F1219A" w14:textId="77777777" w:rsidR="000337C8" w:rsidRDefault="00000000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b/>
                <w:color w:val="123A63"/>
                <w:lang w:eastAsia="ja-JP"/>
              </w:rPr>
              <w:t>CBCT・3D診断</w:t>
            </w:r>
          </w:p>
          <w:p w14:paraId="78A314D1" w14:textId="77777777" w:rsidR="000337C8" w:rsidRDefault="00000000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color w:val="667682"/>
                <w:sz w:val="14"/>
                <w:lang w:eastAsia="ja-JP"/>
              </w:rPr>
              <w:t>デンタルアバターと統合診断</w:t>
            </w:r>
          </w:p>
        </w:tc>
      </w:tr>
      <w:tr w:rsidR="000337C8" w14:paraId="18263972" w14:textId="77777777">
        <w:trPr>
          <w:jc w:val="center"/>
        </w:trPr>
        <w:tc>
          <w:tcPr>
            <w:tcW w:w="3549" w:type="dxa"/>
            <w:shd w:val="clear" w:color="auto" w:fill="EDF8F7"/>
            <w:tcMar>
              <w:top w:w="150" w:type="dxa"/>
              <w:left w:w="70" w:type="dxa"/>
              <w:bottom w:w="145" w:type="dxa"/>
              <w:right w:w="70" w:type="dxa"/>
            </w:tcMar>
          </w:tcPr>
          <w:p w14:paraId="165A566E" w14:textId="77777777" w:rsidR="000337C8" w:rsidRDefault="00000000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b/>
                <w:color w:val="123A63"/>
                <w:lang w:eastAsia="ja-JP"/>
              </w:rPr>
              <w:t>3Dプリンター</w:t>
            </w:r>
          </w:p>
          <w:p w14:paraId="22B27B27" w14:textId="77777777" w:rsidR="000337C8" w:rsidRDefault="00000000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color w:val="667682"/>
                <w:sz w:val="14"/>
                <w:lang w:eastAsia="ja-JP"/>
              </w:rPr>
              <w:t>院内デジタルワークフロー</w:t>
            </w:r>
          </w:p>
        </w:tc>
        <w:tc>
          <w:tcPr>
            <w:tcW w:w="3549" w:type="dxa"/>
            <w:shd w:val="clear" w:color="auto" w:fill="EDF8F7"/>
            <w:tcMar>
              <w:top w:w="150" w:type="dxa"/>
              <w:left w:w="70" w:type="dxa"/>
              <w:bottom w:w="145" w:type="dxa"/>
              <w:right w:w="70" w:type="dxa"/>
            </w:tcMar>
          </w:tcPr>
          <w:p w14:paraId="342B3BB2" w14:textId="77777777" w:rsidR="000337C8" w:rsidRDefault="00000000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b/>
                <w:color w:val="123A63"/>
                <w:lang w:eastAsia="ja-JP"/>
              </w:rPr>
              <w:t>DH・DT向け企画</w:t>
            </w:r>
          </w:p>
          <w:p w14:paraId="799DDBCD" w14:textId="77777777" w:rsidR="000337C8" w:rsidRDefault="00000000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color w:val="667682"/>
                <w:sz w:val="14"/>
                <w:lang w:eastAsia="ja-JP"/>
              </w:rPr>
              <w:t>スタッフも楽しめるプログラム</w:t>
            </w:r>
          </w:p>
        </w:tc>
        <w:tc>
          <w:tcPr>
            <w:tcW w:w="3549" w:type="dxa"/>
            <w:shd w:val="clear" w:color="auto" w:fill="EDF8F7"/>
            <w:tcMar>
              <w:top w:w="150" w:type="dxa"/>
              <w:left w:w="70" w:type="dxa"/>
              <w:bottom w:w="145" w:type="dxa"/>
              <w:right w:w="70" w:type="dxa"/>
            </w:tcMar>
          </w:tcPr>
          <w:p w14:paraId="380633E5" w14:textId="77777777" w:rsidR="000337C8" w:rsidRDefault="00000000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b/>
                <w:color w:val="123A63"/>
                <w:lang w:eastAsia="ja-JP"/>
              </w:rPr>
              <w:t>国内外の講演</w:t>
            </w:r>
          </w:p>
          <w:p w14:paraId="6101ABBC" w14:textId="77777777" w:rsidR="000337C8" w:rsidRDefault="00000000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color w:val="667682"/>
                <w:sz w:val="14"/>
                <w:lang w:eastAsia="ja-JP"/>
              </w:rPr>
              <w:t>専門家から最新情報を学ぶ</w:t>
            </w:r>
          </w:p>
        </w:tc>
      </w:tr>
    </w:tbl>
    <w:p w14:paraId="0675BA44" w14:textId="77777777" w:rsidR="000203A8" w:rsidRDefault="000203A8">
      <w:pPr>
        <w:spacing w:after="20" w:line="240" w:lineRule="auto"/>
        <w:jc w:val="center"/>
        <w:rPr>
          <w:rFonts w:eastAsiaTheme="minorEastAsia"/>
          <w:b/>
          <w:color w:val="123A63"/>
          <w:sz w:val="30"/>
          <w:lang w:eastAsia="ja-JP"/>
        </w:rPr>
      </w:pPr>
    </w:p>
    <w:p w14:paraId="0D767E58" w14:textId="6AEC4DE8" w:rsidR="000337C8" w:rsidRDefault="00000000">
      <w:pPr>
        <w:spacing w:after="20" w:line="240" w:lineRule="auto"/>
        <w:jc w:val="center"/>
        <w:rPr>
          <w:rFonts w:eastAsiaTheme="minorEastAsia"/>
          <w:b/>
          <w:color w:val="123A63"/>
          <w:sz w:val="30"/>
          <w:lang w:eastAsia="ja-JP"/>
        </w:rPr>
      </w:pPr>
      <w:r>
        <w:rPr>
          <w:b/>
          <w:color w:val="123A63"/>
          <w:sz w:val="30"/>
          <w:lang w:eastAsia="ja-JP"/>
        </w:rPr>
        <w:t>院長先生だけでなく、スタッフと一緒に学術大会へ。</w:t>
      </w:r>
    </w:p>
    <w:p w14:paraId="3A3CDCC2" w14:textId="77777777" w:rsidR="000203A8" w:rsidRPr="000203A8" w:rsidRDefault="000203A8">
      <w:pPr>
        <w:spacing w:after="20" w:line="240" w:lineRule="auto"/>
        <w:jc w:val="center"/>
        <w:rPr>
          <w:rFonts w:eastAsiaTheme="minorEastAsia" w:hint="eastAsia"/>
          <w:lang w:eastAsia="ja-JP"/>
        </w:rPr>
      </w:pPr>
    </w:p>
    <w:p w14:paraId="15D9A4BA" w14:textId="77777777" w:rsidR="000337C8" w:rsidRPr="000203A8" w:rsidRDefault="00000000">
      <w:pPr>
        <w:spacing w:after="80" w:line="240" w:lineRule="auto"/>
        <w:jc w:val="center"/>
        <w:rPr>
          <w:rFonts w:eastAsiaTheme="minorEastAsia"/>
          <w:color w:val="183242"/>
          <w:sz w:val="22"/>
          <w:lang w:eastAsia="ja-JP"/>
        </w:rPr>
      </w:pPr>
      <w:r w:rsidRPr="000203A8">
        <w:rPr>
          <w:color w:val="183242"/>
          <w:sz w:val="22"/>
          <w:lang w:eastAsia="ja-JP"/>
        </w:rPr>
        <w:t>同じ体験を共有することで、学会後の院内コミュニケーションやデジタル歯科導入にもつながります。</w:t>
      </w:r>
    </w:p>
    <w:p w14:paraId="0891F592" w14:textId="77777777" w:rsidR="000203A8" w:rsidRDefault="000203A8">
      <w:pPr>
        <w:spacing w:after="80" w:line="240" w:lineRule="auto"/>
        <w:jc w:val="center"/>
        <w:rPr>
          <w:rFonts w:eastAsiaTheme="minorEastAsia"/>
          <w:color w:val="183242"/>
          <w:sz w:val="17"/>
          <w:lang w:eastAsia="ja-JP"/>
        </w:rPr>
      </w:pPr>
    </w:p>
    <w:p w14:paraId="58CD8D34" w14:textId="77777777" w:rsidR="000203A8" w:rsidRPr="000203A8" w:rsidRDefault="000203A8" w:rsidP="000203A8">
      <w:pPr>
        <w:spacing w:after="80" w:line="240" w:lineRule="auto"/>
        <w:jc w:val="center"/>
        <w:rPr>
          <w:rFonts w:eastAsiaTheme="minorEastAsia"/>
          <w:b/>
          <w:color w:val="183242"/>
          <w:sz w:val="22"/>
          <w:lang w:eastAsia="ja-JP"/>
        </w:rPr>
      </w:pPr>
      <w:r w:rsidRPr="000203A8">
        <w:rPr>
          <w:rFonts w:eastAsiaTheme="minorEastAsia"/>
          <w:b/>
          <w:color w:val="183242"/>
          <w:sz w:val="22"/>
          <w:lang w:eastAsia="ja-JP"/>
        </w:rPr>
        <w:t>正規参加費　　会員１５</w:t>
      </w:r>
      <w:r w:rsidRPr="000203A8">
        <w:rPr>
          <w:rFonts w:eastAsiaTheme="minorEastAsia"/>
          <w:b/>
          <w:color w:val="183242"/>
          <w:sz w:val="22"/>
          <w:lang w:eastAsia="ja-JP"/>
        </w:rPr>
        <w:t>,</w:t>
      </w:r>
      <w:r w:rsidRPr="000203A8">
        <w:rPr>
          <w:rFonts w:eastAsiaTheme="minorEastAsia"/>
          <w:b/>
          <w:color w:val="183242"/>
          <w:sz w:val="22"/>
          <w:lang w:eastAsia="ja-JP"/>
        </w:rPr>
        <w:t>０００円</w:t>
      </w:r>
      <w:r w:rsidRPr="000203A8">
        <w:rPr>
          <w:rFonts w:eastAsiaTheme="minorEastAsia"/>
          <w:b/>
          <w:color w:val="183242"/>
          <w:sz w:val="22"/>
          <w:lang w:eastAsia="ja-JP"/>
        </w:rPr>
        <w:t xml:space="preserve">                    </w:t>
      </w:r>
      <w:r w:rsidRPr="000203A8">
        <w:rPr>
          <w:rFonts w:eastAsiaTheme="minorEastAsia"/>
          <w:b/>
          <w:color w:val="183242"/>
          <w:sz w:val="22"/>
          <w:lang w:eastAsia="ja-JP"/>
        </w:rPr>
        <w:t>非会員２０</w:t>
      </w:r>
      <w:r w:rsidRPr="000203A8">
        <w:rPr>
          <w:rFonts w:eastAsiaTheme="minorEastAsia"/>
          <w:b/>
          <w:color w:val="183242"/>
          <w:sz w:val="22"/>
          <w:lang w:eastAsia="ja-JP"/>
        </w:rPr>
        <w:t>,</w:t>
      </w:r>
      <w:r w:rsidRPr="000203A8">
        <w:rPr>
          <w:rFonts w:eastAsiaTheme="minorEastAsia"/>
          <w:b/>
          <w:color w:val="183242"/>
          <w:sz w:val="22"/>
          <w:lang w:eastAsia="ja-JP"/>
        </w:rPr>
        <w:t xml:space="preserve">０００円　</w:t>
      </w:r>
      <w:r w:rsidRPr="000203A8">
        <w:rPr>
          <w:rFonts w:eastAsiaTheme="minorEastAsia"/>
          <w:b/>
          <w:color w:val="183242"/>
          <w:sz w:val="22"/>
          <w:lang w:eastAsia="ja-JP"/>
        </w:rPr>
        <w:t xml:space="preserve">        </w:t>
      </w:r>
      <w:r w:rsidRPr="000203A8">
        <w:rPr>
          <w:rFonts w:eastAsiaTheme="minorEastAsia"/>
          <w:b/>
          <w:color w:val="183242"/>
          <w:sz w:val="22"/>
          <w:lang w:eastAsia="ja-JP"/>
        </w:rPr>
        <w:t>コ・デンタル　８</w:t>
      </w:r>
      <w:r w:rsidRPr="000203A8">
        <w:rPr>
          <w:rFonts w:eastAsiaTheme="minorEastAsia"/>
          <w:b/>
          <w:color w:val="183242"/>
          <w:sz w:val="22"/>
          <w:lang w:eastAsia="ja-JP"/>
        </w:rPr>
        <w:t>,</w:t>
      </w:r>
      <w:r w:rsidRPr="000203A8">
        <w:rPr>
          <w:rFonts w:eastAsiaTheme="minorEastAsia"/>
          <w:b/>
          <w:color w:val="183242"/>
          <w:sz w:val="22"/>
          <w:lang w:eastAsia="ja-JP"/>
        </w:rPr>
        <w:t>０００円</w:t>
      </w:r>
    </w:p>
    <w:p w14:paraId="60AEECB7" w14:textId="77777777" w:rsidR="000203A8" w:rsidRPr="000203A8" w:rsidRDefault="000203A8" w:rsidP="000203A8">
      <w:pPr>
        <w:spacing w:after="80" w:line="240" w:lineRule="auto"/>
        <w:jc w:val="center"/>
        <w:rPr>
          <w:rFonts w:eastAsiaTheme="minorEastAsia"/>
          <w:color w:val="183242"/>
          <w:sz w:val="17"/>
          <w:lang w:eastAsia="ja-JP"/>
        </w:rPr>
      </w:pPr>
    </w:p>
    <w:p w14:paraId="5E932C9A" w14:textId="77777777" w:rsidR="000203A8" w:rsidRPr="000203A8" w:rsidRDefault="000203A8">
      <w:pPr>
        <w:spacing w:after="80" w:line="240" w:lineRule="auto"/>
        <w:jc w:val="center"/>
        <w:rPr>
          <w:rFonts w:eastAsiaTheme="minorEastAsia" w:hint="eastAsia"/>
          <w:lang w:eastAsia="ja-JP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72"/>
      </w:tblGrid>
      <w:tr w:rsidR="000337C8" w14:paraId="00FCDE0E" w14:textId="77777777">
        <w:trPr>
          <w:jc w:val="center"/>
        </w:trPr>
        <w:tc>
          <w:tcPr>
            <w:tcW w:w="10772" w:type="dxa"/>
            <w:shd w:val="clear" w:color="auto" w:fill="FFF8E9"/>
            <w:tcMar>
              <w:top w:w="150" w:type="dxa"/>
              <w:left w:w="120" w:type="dxa"/>
              <w:bottom w:w="150" w:type="dxa"/>
              <w:right w:w="120" w:type="dxa"/>
            </w:tcMar>
          </w:tcPr>
          <w:p w14:paraId="5991343B" w14:textId="77777777" w:rsidR="000337C8" w:rsidRDefault="00000000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b/>
                <w:color w:val="E7A93B"/>
                <w:sz w:val="19"/>
                <w:lang w:eastAsia="ja-JP"/>
              </w:rPr>
              <w:t>団体割引の条件</w:t>
            </w:r>
          </w:p>
          <w:p w14:paraId="328DB245" w14:textId="77777777" w:rsidR="000337C8" w:rsidRDefault="00000000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color w:val="183242"/>
                <w:sz w:val="16"/>
                <w:lang w:eastAsia="ja-JP"/>
              </w:rPr>
              <w:t>同一医院・学校・施設等から5名以上　｜　専用申込書で事前登録　｜　通常Web申込みとは別受付</w:t>
            </w:r>
            <w:r>
              <w:rPr>
                <w:color w:val="183242"/>
                <w:sz w:val="16"/>
                <w:lang w:eastAsia="ja-JP"/>
              </w:rPr>
              <w:br/>
              <w:t>当日は「団体割引専用受付」へ　｜　参加費は原則現金支払い</w:t>
            </w:r>
          </w:p>
        </w:tc>
      </w:tr>
    </w:tbl>
    <w:p w14:paraId="7FDF8285" w14:textId="77777777" w:rsidR="000337C8" w:rsidRDefault="00000000">
      <w:pPr>
        <w:shd w:val="clear" w:color="auto" w:fill="16A6A1"/>
        <w:spacing w:before="80" w:after="80" w:line="240" w:lineRule="auto"/>
        <w:jc w:val="center"/>
        <w:rPr>
          <w:lang w:eastAsia="ja-JP"/>
        </w:rPr>
      </w:pPr>
      <w:r>
        <w:rPr>
          <w:b/>
          <w:color w:val="FFFFFF"/>
          <w:sz w:val="28"/>
          <w:lang w:eastAsia="ja-JP"/>
        </w:rPr>
        <w:t>開催まであとわずか！　2026年9月6日（日）　JPタワー名古屋　名古屋駅直結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72"/>
      </w:tblGrid>
      <w:tr w:rsidR="000337C8" w14:paraId="4F4E14E9" w14:textId="77777777">
        <w:trPr>
          <w:jc w:val="center"/>
        </w:trPr>
        <w:tc>
          <w:tcPr>
            <w:tcW w:w="10772" w:type="dxa"/>
            <w:shd w:val="clear" w:color="auto" w:fill="123A63"/>
            <w:tcMar>
              <w:top w:w="160" w:type="dxa"/>
              <w:left w:w="100" w:type="dxa"/>
              <w:bottom w:w="160" w:type="dxa"/>
              <w:right w:w="100" w:type="dxa"/>
            </w:tcMar>
          </w:tcPr>
          <w:p w14:paraId="3C9F1471" w14:textId="77777777" w:rsidR="000337C8" w:rsidRDefault="00000000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b/>
                <w:color w:val="FFFFFF"/>
                <w:lang w:eastAsia="ja-JP"/>
              </w:rPr>
              <w:t>団体割引のお申込み・お問い合わせ</w:t>
            </w:r>
          </w:p>
          <w:p w14:paraId="47E55FB2" w14:textId="77777777" w:rsidR="000203A8" w:rsidRDefault="00000000">
            <w:pPr>
              <w:spacing w:after="0" w:line="240" w:lineRule="auto"/>
              <w:jc w:val="center"/>
              <w:rPr>
                <w:rFonts w:eastAsiaTheme="minorEastAsia" w:cs="ＭＳ 明朝"/>
                <w:b/>
                <w:color w:val="FFFFFF"/>
                <w:lang w:eastAsia="ja-JP"/>
              </w:rPr>
            </w:pPr>
            <w:proofErr w:type="spellStart"/>
            <w:r>
              <w:rPr>
                <w:b/>
                <w:color w:val="FFFFFF"/>
              </w:rPr>
              <w:t>みつばやし歯科・矯正歯科クリニック</w:t>
            </w:r>
            <w:proofErr w:type="spellEnd"/>
            <w:r>
              <w:rPr>
                <w:b/>
                <w:color w:val="FFFFFF"/>
              </w:rPr>
              <w:t xml:space="preserve">　</w:t>
            </w:r>
            <w:r w:rsidR="000203A8" w:rsidRPr="000203A8">
              <w:rPr>
                <w:b/>
                <w:color w:val="FFFFFF"/>
              </w:rPr>
              <w:t>TEL</w:t>
            </w:r>
            <w:r w:rsidR="000203A8" w:rsidRPr="000203A8">
              <w:rPr>
                <w:rFonts w:ascii="ＭＳ 明朝" w:eastAsia="ＭＳ 明朝" w:hAnsi="ＭＳ 明朝" w:cs="ＭＳ 明朝" w:hint="eastAsia"/>
                <w:b/>
                <w:color w:val="FFFFFF"/>
              </w:rPr>
              <w:t xml:space="preserve">：　［　</w:t>
            </w:r>
            <w:r w:rsidR="000203A8" w:rsidRPr="000203A8">
              <w:rPr>
                <w:b/>
                <w:color w:val="FFFFFF"/>
              </w:rPr>
              <w:t>0562-92</w:t>
            </w:r>
            <w:r w:rsidR="000203A8" w:rsidRPr="000203A8">
              <w:rPr>
                <w:rFonts w:ascii="ＭＳ 明朝" w:eastAsia="ＭＳ 明朝" w:hAnsi="ＭＳ 明朝" w:cs="ＭＳ 明朝" w:hint="eastAsia"/>
                <w:b/>
                <w:color w:val="FFFFFF"/>
              </w:rPr>
              <w:t>－</w:t>
            </w:r>
            <w:r w:rsidR="000203A8" w:rsidRPr="000203A8">
              <w:rPr>
                <w:b/>
                <w:color w:val="FFFFFF"/>
              </w:rPr>
              <w:t>2228</w:t>
            </w:r>
            <w:r w:rsidR="000203A8" w:rsidRPr="000203A8">
              <w:rPr>
                <w:rFonts w:ascii="ＭＳ 明朝" w:eastAsia="ＭＳ 明朝" w:hAnsi="ＭＳ 明朝" w:cs="ＭＳ 明朝" w:hint="eastAsia"/>
                <w:b/>
                <w:color w:val="FFFFFF"/>
              </w:rPr>
              <w:t xml:space="preserve">　］　</w:t>
            </w:r>
            <w:r w:rsidR="000203A8" w:rsidRPr="000203A8">
              <w:rPr>
                <w:b/>
                <w:color w:val="FFFFFF"/>
              </w:rPr>
              <w:t>FAX</w:t>
            </w:r>
            <w:r w:rsidR="000203A8" w:rsidRPr="000203A8">
              <w:rPr>
                <w:rFonts w:ascii="ＭＳ 明朝" w:eastAsia="ＭＳ 明朝" w:hAnsi="ＭＳ 明朝" w:cs="ＭＳ 明朝" w:hint="eastAsia"/>
                <w:b/>
                <w:color w:val="FFFFFF"/>
              </w:rPr>
              <w:t>：［</w:t>
            </w:r>
            <w:r w:rsidR="000203A8" w:rsidRPr="000203A8">
              <w:rPr>
                <w:b/>
                <w:color w:val="FFFFFF"/>
              </w:rPr>
              <w:t>0562―91―1131</w:t>
            </w:r>
            <w:r w:rsidR="000203A8" w:rsidRPr="000203A8">
              <w:rPr>
                <w:rFonts w:ascii="ＭＳ 明朝" w:eastAsia="ＭＳ 明朝" w:hAnsi="ＭＳ 明朝" w:cs="ＭＳ 明朝" w:hint="eastAsia"/>
                <w:b/>
                <w:color w:val="FFFFFF"/>
              </w:rPr>
              <w:t xml:space="preserve">　］</w:t>
            </w:r>
          </w:p>
          <w:p w14:paraId="3DDFF643" w14:textId="1F101AEB" w:rsidR="000337C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</w:rPr>
              <w:t xml:space="preserve">　E-mail：［</w:t>
            </w:r>
            <w:r w:rsidR="000203A8" w:rsidRPr="000203A8">
              <w:rPr>
                <w:b/>
                <w:color w:val="FFFFFF"/>
              </w:rPr>
              <w:t>mitsubayashiodc@gmail.com</w:t>
            </w:r>
            <w:r>
              <w:rPr>
                <w:b/>
                <w:color w:val="FFFFFF"/>
              </w:rPr>
              <w:t>］</w:t>
            </w:r>
          </w:p>
          <w:p w14:paraId="53F73F8E" w14:textId="77777777" w:rsidR="000337C8" w:rsidRDefault="00000000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color w:val="FFFFFF"/>
                <w:sz w:val="15"/>
                <w:lang w:eastAsia="ja-JP"/>
              </w:rPr>
              <w:t>一般社団法人 日本デジタル矯正歯科学会　第5回学術大会</w:t>
            </w:r>
          </w:p>
        </w:tc>
      </w:tr>
    </w:tbl>
    <w:p w14:paraId="0184FED2" w14:textId="77777777" w:rsidR="00000000" w:rsidRDefault="00000000">
      <w:pPr>
        <w:rPr>
          <w:rFonts w:eastAsiaTheme="minorEastAsia"/>
          <w:lang w:eastAsia="ja-JP"/>
        </w:rPr>
      </w:pPr>
    </w:p>
    <w:p w14:paraId="62ACEA0D" w14:textId="77777777" w:rsidR="00712F08" w:rsidRDefault="00712F08">
      <w:pPr>
        <w:rPr>
          <w:rFonts w:eastAsiaTheme="minorEastAsia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43"/>
        <w:gridCol w:w="5443"/>
      </w:tblGrid>
      <w:tr w:rsidR="00712F08" w14:paraId="10853F4D" w14:textId="77777777" w:rsidTr="00C56B1B">
        <w:trPr>
          <w:jc w:val="center"/>
        </w:trPr>
        <w:tc>
          <w:tcPr>
            <w:tcW w:w="5443" w:type="dxa"/>
            <w:shd w:val="clear" w:color="auto" w:fill="123A6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F7141AE" w14:textId="77777777" w:rsidR="00712F08" w:rsidRDefault="00712F08" w:rsidP="00C56B1B">
            <w:pPr>
              <w:spacing w:after="0" w:line="240" w:lineRule="auto"/>
              <w:rPr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b/>
                <w:color w:val="FFFFFF"/>
                <w:sz w:val="24"/>
                <w:lang w:eastAsia="ja-JP"/>
              </w:rPr>
              <w:lastRenderedPageBreak/>
              <w:t>第</w:t>
            </w:r>
            <w:r>
              <w:rPr>
                <w:b/>
                <w:color w:val="FFFFFF"/>
                <w:sz w:val="24"/>
                <w:lang w:eastAsia="ja-JP"/>
              </w:rPr>
              <w:t>5</w:t>
            </w:r>
            <w:r>
              <w:rPr>
                <w:rFonts w:ascii="ＭＳ 明朝" w:eastAsia="ＭＳ 明朝" w:hAnsi="ＭＳ 明朝" w:cs="ＭＳ 明朝" w:hint="eastAsia"/>
                <w:b/>
                <w:color w:val="FFFFFF"/>
                <w:sz w:val="24"/>
                <w:lang w:eastAsia="ja-JP"/>
              </w:rPr>
              <w:t>回</w:t>
            </w:r>
            <w:r>
              <w:rPr>
                <w:b/>
                <w:color w:val="FFFFFF"/>
                <w:sz w:val="24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b/>
                <w:color w:val="FFFFFF"/>
                <w:sz w:val="24"/>
                <w:lang w:eastAsia="ja-JP"/>
              </w:rPr>
              <w:t>日本デジタル矯正歯科学会</w:t>
            </w:r>
            <w:r>
              <w:rPr>
                <w:b/>
                <w:color w:val="FFFFFF"/>
                <w:sz w:val="24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b/>
                <w:color w:val="FFFFFF"/>
                <w:sz w:val="24"/>
                <w:lang w:eastAsia="ja-JP"/>
              </w:rPr>
              <w:t>学術大会</w:t>
            </w:r>
          </w:p>
          <w:p w14:paraId="16F19CEF" w14:textId="77777777" w:rsidR="00712F08" w:rsidRPr="00B24B8D" w:rsidRDefault="00712F08" w:rsidP="00C56B1B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  <w:r>
              <w:rPr>
                <w:b/>
                <w:color w:val="FFFFFF"/>
                <w:sz w:val="38"/>
              </w:rPr>
              <w:t>5</w:t>
            </w:r>
            <w:r>
              <w:rPr>
                <w:rFonts w:ascii="ＭＳ 明朝" w:eastAsia="ＭＳ 明朝" w:hAnsi="ＭＳ 明朝" w:cs="ＭＳ 明朝" w:hint="eastAsia"/>
                <w:b/>
                <w:color w:val="FFFFFF"/>
                <w:sz w:val="38"/>
              </w:rPr>
              <w:t>名以上</w:t>
            </w:r>
            <w:r>
              <w:rPr>
                <w:b/>
                <w:color w:val="FFFFFF"/>
                <w:sz w:val="38"/>
              </w:rPr>
              <w:t xml:space="preserve"> </w:t>
            </w:r>
            <w:proofErr w:type="spellStart"/>
            <w:r>
              <w:rPr>
                <w:rFonts w:ascii="ＭＳ 明朝" w:eastAsia="ＭＳ 明朝" w:hAnsi="ＭＳ 明朝" w:cs="ＭＳ 明朝" w:hint="eastAsia"/>
                <w:b/>
                <w:color w:val="FFFFFF"/>
                <w:sz w:val="38"/>
              </w:rPr>
              <w:t>団体参加申込書</w:t>
            </w:r>
            <w:proofErr w:type="spellEnd"/>
          </w:p>
        </w:tc>
        <w:tc>
          <w:tcPr>
            <w:tcW w:w="5443" w:type="dxa"/>
            <w:shd w:val="clear" w:color="auto" w:fill="16A6A1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E1E45CE" w14:textId="77777777" w:rsidR="00712F08" w:rsidRDefault="00712F08" w:rsidP="00C56B1B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b/>
                <w:color w:val="FFFFFF"/>
                <w:sz w:val="22"/>
                <w:lang w:eastAsia="ja-JP"/>
              </w:rPr>
              <w:t>2026</w:t>
            </w:r>
          </w:p>
          <w:p w14:paraId="7A68C686" w14:textId="77777777" w:rsidR="00712F08" w:rsidRDefault="00712F08" w:rsidP="00C56B1B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b/>
                <w:color w:val="FFFFFF"/>
                <w:sz w:val="36"/>
                <w:lang w:eastAsia="ja-JP"/>
              </w:rPr>
              <w:t>9.6 SUN</w:t>
            </w:r>
          </w:p>
          <w:p w14:paraId="209508F4" w14:textId="77777777" w:rsidR="00712F08" w:rsidRDefault="00712F08" w:rsidP="00C56B1B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b/>
                <w:color w:val="FFFFFF"/>
                <w:sz w:val="16"/>
                <w:lang w:eastAsia="ja-JP"/>
              </w:rPr>
              <w:t>JP</w:t>
            </w:r>
            <w:r>
              <w:rPr>
                <w:rFonts w:ascii="ＭＳ 明朝" w:eastAsia="ＭＳ 明朝" w:hAnsi="ＭＳ 明朝" w:cs="ＭＳ 明朝" w:hint="eastAsia"/>
                <w:b/>
                <w:color w:val="FFFFFF"/>
                <w:sz w:val="16"/>
                <w:lang w:eastAsia="ja-JP"/>
              </w:rPr>
              <w:t>タワー名古屋</w:t>
            </w:r>
          </w:p>
        </w:tc>
      </w:tr>
    </w:tbl>
    <w:p w14:paraId="62DA2B76" w14:textId="77777777" w:rsidR="00712F08" w:rsidRDefault="00712F08" w:rsidP="00712F08">
      <w:pPr>
        <w:spacing w:after="80" w:line="240" w:lineRule="auto"/>
        <w:jc w:val="center"/>
        <w:rPr>
          <w:rFonts w:eastAsiaTheme="minorEastAsia" w:hint="eastAsia"/>
          <w:b/>
          <w:color w:val="123A63"/>
          <w:lang w:eastAsia="ja-JP"/>
        </w:rPr>
      </w:pPr>
      <w:r>
        <w:rPr>
          <w:rFonts w:ascii="ＭＳ 明朝" w:eastAsia="ＭＳ 明朝" w:hAnsi="ＭＳ 明朝" w:cs="ＭＳ 明朝" w:hint="eastAsia"/>
          <w:b/>
          <w:color w:val="123A63"/>
          <w:lang w:eastAsia="ja-JP"/>
        </w:rPr>
        <w:t>同一医院・学校・施設等から</w:t>
      </w:r>
      <w:r>
        <w:rPr>
          <w:b/>
          <w:color w:val="123A63"/>
          <w:lang w:eastAsia="ja-JP"/>
        </w:rPr>
        <w:t>5</w:t>
      </w:r>
      <w:r>
        <w:rPr>
          <w:rFonts w:ascii="ＭＳ 明朝" w:eastAsia="ＭＳ 明朝" w:hAnsi="ＭＳ 明朝" w:cs="ＭＳ 明朝" w:hint="eastAsia"/>
          <w:b/>
          <w:color w:val="123A63"/>
          <w:lang w:eastAsia="ja-JP"/>
        </w:rPr>
        <w:t>名以上でお申込みの場合、各参加区分の正規参加費の</w:t>
      </w:r>
      <w:r>
        <w:rPr>
          <w:b/>
          <w:color w:val="123A63"/>
          <w:lang w:eastAsia="ja-JP"/>
        </w:rPr>
        <w:t>50</w:t>
      </w:r>
      <w:r>
        <w:rPr>
          <w:rFonts w:ascii="ＭＳ 明朝" w:eastAsia="ＭＳ 明朝" w:hAnsi="ＭＳ 明朝" w:cs="ＭＳ 明朝" w:hint="eastAsia"/>
          <w:b/>
          <w:color w:val="123A63"/>
          <w:lang w:eastAsia="ja-JP"/>
        </w:rPr>
        <w:t>％を適用します。</w:t>
      </w:r>
    </w:p>
    <w:p w14:paraId="66C23A70" w14:textId="77777777" w:rsidR="00712F08" w:rsidRDefault="00712F08" w:rsidP="00712F08">
      <w:pPr>
        <w:spacing w:after="80" w:line="240" w:lineRule="auto"/>
        <w:ind w:firstLineChars="600" w:firstLine="1084"/>
        <w:rPr>
          <w:rFonts w:eastAsiaTheme="minorEastAsia"/>
          <w:b/>
          <w:color w:val="123A63"/>
          <w:lang w:eastAsia="ja-JP"/>
        </w:rPr>
      </w:pPr>
    </w:p>
    <w:p w14:paraId="4448BC18" w14:textId="77777777" w:rsidR="00712F08" w:rsidRDefault="00712F08" w:rsidP="00712F08">
      <w:pPr>
        <w:spacing w:after="80" w:line="240" w:lineRule="auto"/>
        <w:ind w:firstLineChars="650" w:firstLine="1175"/>
        <w:rPr>
          <w:rFonts w:eastAsiaTheme="minorEastAsia" w:hint="eastAsia"/>
          <w:b/>
          <w:color w:val="123A63"/>
          <w:lang w:eastAsia="ja-JP"/>
        </w:rPr>
      </w:pPr>
      <w:r>
        <w:rPr>
          <w:rFonts w:eastAsiaTheme="minorEastAsia" w:hint="eastAsia"/>
          <w:b/>
          <w:color w:val="123A63"/>
          <w:lang w:eastAsia="ja-JP"/>
        </w:rPr>
        <w:t>正規参加費　　会員１５</w:t>
      </w:r>
      <w:r>
        <w:rPr>
          <w:rFonts w:eastAsiaTheme="minorEastAsia" w:hint="eastAsia"/>
          <w:b/>
          <w:color w:val="123A63"/>
          <w:lang w:eastAsia="ja-JP"/>
        </w:rPr>
        <w:t>,</w:t>
      </w:r>
      <w:r>
        <w:rPr>
          <w:rFonts w:eastAsiaTheme="minorEastAsia" w:hint="eastAsia"/>
          <w:b/>
          <w:color w:val="123A63"/>
          <w:lang w:eastAsia="ja-JP"/>
        </w:rPr>
        <w:t>０００円</w:t>
      </w:r>
      <w:r>
        <w:rPr>
          <w:rFonts w:eastAsiaTheme="minorEastAsia" w:hint="eastAsia"/>
          <w:b/>
          <w:color w:val="123A63"/>
          <w:lang w:eastAsia="ja-JP"/>
        </w:rPr>
        <w:t xml:space="preserve">                    </w:t>
      </w:r>
      <w:r>
        <w:rPr>
          <w:rFonts w:eastAsiaTheme="minorEastAsia" w:hint="eastAsia"/>
          <w:b/>
          <w:color w:val="123A63"/>
          <w:lang w:eastAsia="ja-JP"/>
        </w:rPr>
        <w:t>非会員２０</w:t>
      </w:r>
      <w:r>
        <w:rPr>
          <w:rFonts w:eastAsiaTheme="minorEastAsia" w:hint="eastAsia"/>
          <w:b/>
          <w:color w:val="123A63"/>
          <w:lang w:eastAsia="ja-JP"/>
        </w:rPr>
        <w:t>,</w:t>
      </w:r>
      <w:r>
        <w:rPr>
          <w:rFonts w:eastAsiaTheme="minorEastAsia" w:hint="eastAsia"/>
          <w:b/>
          <w:color w:val="123A63"/>
          <w:lang w:eastAsia="ja-JP"/>
        </w:rPr>
        <w:t xml:space="preserve">０００円　</w:t>
      </w:r>
      <w:r>
        <w:rPr>
          <w:rFonts w:eastAsiaTheme="minorEastAsia" w:hint="eastAsia"/>
          <w:b/>
          <w:color w:val="123A63"/>
          <w:lang w:eastAsia="ja-JP"/>
        </w:rPr>
        <w:t xml:space="preserve">        </w:t>
      </w:r>
      <w:r>
        <w:rPr>
          <w:rFonts w:eastAsiaTheme="minorEastAsia" w:hint="eastAsia"/>
          <w:b/>
          <w:color w:val="123A63"/>
          <w:lang w:eastAsia="ja-JP"/>
        </w:rPr>
        <w:t>コ・デンタル　８</w:t>
      </w:r>
      <w:r>
        <w:rPr>
          <w:rFonts w:eastAsiaTheme="minorEastAsia" w:hint="eastAsia"/>
          <w:b/>
          <w:color w:val="123A63"/>
          <w:lang w:eastAsia="ja-JP"/>
        </w:rPr>
        <w:t>,</w:t>
      </w:r>
      <w:r>
        <w:rPr>
          <w:rFonts w:eastAsiaTheme="minorEastAsia" w:hint="eastAsia"/>
          <w:b/>
          <w:color w:val="123A63"/>
          <w:lang w:eastAsia="ja-JP"/>
        </w:rPr>
        <w:t>０００円</w:t>
      </w:r>
    </w:p>
    <w:p w14:paraId="3564C3A7" w14:textId="77777777" w:rsidR="00712F08" w:rsidRPr="00B24B8D" w:rsidRDefault="00712F08" w:rsidP="00712F08">
      <w:pPr>
        <w:spacing w:after="80" w:line="240" w:lineRule="auto"/>
        <w:jc w:val="center"/>
        <w:rPr>
          <w:rFonts w:eastAsiaTheme="minorEastAsia" w:hint="eastAsia"/>
          <w:lang w:eastAsia="ja-JP"/>
        </w:rPr>
      </w:pPr>
    </w:p>
    <w:p w14:paraId="75B2BCD3" w14:textId="77777777" w:rsidR="00712F08" w:rsidRPr="00B24B8D" w:rsidRDefault="00712F08" w:rsidP="00712F08">
      <w:pPr>
        <w:pStyle w:val="ae"/>
        <w:numPr>
          <w:ilvl w:val="0"/>
          <w:numId w:val="10"/>
        </w:numPr>
        <w:pBdr>
          <w:bottom w:val="single" w:sz="10" w:space="1" w:color="123A63"/>
        </w:pBdr>
        <w:spacing w:after="40" w:line="240" w:lineRule="auto"/>
        <w:rPr>
          <w:rFonts w:eastAsiaTheme="minorEastAsia" w:hint="eastAsia"/>
          <w:b/>
          <w:color w:val="123A63"/>
          <w:sz w:val="22"/>
          <w:lang w:eastAsia="ja-JP"/>
        </w:rPr>
      </w:pPr>
      <w:proofErr w:type="spellStart"/>
      <w:r w:rsidRPr="00B24B8D">
        <w:rPr>
          <w:rFonts w:ascii="ＭＳ 明朝" w:eastAsia="ＭＳ 明朝" w:hAnsi="ＭＳ 明朝" w:cs="ＭＳ 明朝" w:hint="eastAsia"/>
          <w:b/>
          <w:color w:val="123A63"/>
          <w:sz w:val="22"/>
        </w:rPr>
        <w:t>団体情報</w:t>
      </w:r>
      <w:proofErr w:type="spellEnd"/>
    </w:p>
    <w:p w14:paraId="6502DEB7" w14:textId="77777777" w:rsidR="00712F08" w:rsidRPr="00B24B8D" w:rsidRDefault="00712F08" w:rsidP="00712F08">
      <w:pPr>
        <w:pStyle w:val="ae"/>
        <w:pBdr>
          <w:bottom w:val="single" w:sz="10" w:space="1" w:color="123A63"/>
        </w:pBdr>
        <w:spacing w:after="40" w:line="240" w:lineRule="auto"/>
        <w:ind w:left="360"/>
        <w:rPr>
          <w:rFonts w:eastAsiaTheme="minorEastAsia" w:hint="eastAsia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742"/>
        <w:gridCol w:w="1701"/>
        <w:gridCol w:w="3515"/>
      </w:tblGrid>
      <w:tr w:rsidR="00712F08" w14:paraId="774CB646" w14:textId="77777777" w:rsidTr="00C56B1B">
        <w:trPr>
          <w:jc w:val="center"/>
        </w:trPr>
        <w:tc>
          <w:tcPr>
            <w:tcW w:w="1701" w:type="dxa"/>
            <w:shd w:val="clear" w:color="auto" w:fill="EAF4F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26FA42" w14:textId="77777777" w:rsidR="00712F08" w:rsidRDefault="00712F08" w:rsidP="00C56B1B">
            <w:pPr>
              <w:spacing w:after="0" w:line="240" w:lineRule="auto"/>
            </w:pPr>
            <w:proofErr w:type="spellStart"/>
            <w:r>
              <w:rPr>
                <w:rFonts w:ascii="ＭＳ 明朝" w:eastAsia="ＭＳ 明朝" w:hAnsi="ＭＳ 明朝" w:cs="ＭＳ 明朝" w:hint="eastAsia"/>
                <w:b/>
                <w:color w:val="123A63"/>
                <w:sz w:val="17"/>
              </w:rPr>
              <w:t>医院・学校・施設名</w:t>
            </w:r>
            <w:proofErr w:type="spellEnd"/>
          </w:p>
        </w:tc>
        <w:tc>
          <w:tcPr>
            <w:tcW w:w="374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5B7F69" w14:textId="77777777" w:rsidR="00712F08" w:rsidRDefault="00712F08" w:rsidP="00C56B1B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EAF4F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3392EC" w14:textId="77777777" w:rsidR="00712F08" w:rsidRDefault="00712F08" w:rsidP="00C56B1B">
            <w:pPr>
              <w:spacing w:after="0" w:line="240" w:lineRule="auto"/>
            </w:pPr>
            <w:proofErr w:type="spellStart"/>
            <w:r>
              <w:rPr>
                <w:rFonts w:ascii="ＭＳ 明朝" w:eastAsia="ＭＳ 明朝" w:hAnsi="ＭＳ 明朝" w:cs="ＭＳ 明朝" w:hint="eastAsia"/>
                <w:b/>
                <w:color w:val="123A63"/>
                <w:sz w:val="17"/>
              </w:rPr>
              <w:t>代表者氏名</w:t>
            </w:r>
            <w:proofErr w:type="spellEnd"/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982EEA" w14:textId="77777777" w:rsidR="00712F08" w:rsidRDefault="00712F08" w:rsidP="00C56B1B">
            <w:pPr>
              <w:spacing w:after="0" w:line="240" w:lineRule="auto"/>
            </w:pPr>
          </w:p>
        </w:tc>
      </w:tr>
      <w:tr w:rsidR="00712F08" w14:paraId="6428F937" w14:textId="77777777" w:rsidTr="00C56B1B">
        <w:trPr>
          <w:jc w:val="center"/>
        </w:trPr>
        <w:tc>
          <w:tcPr>
            <w:tcW w:w="1701" w:type="dxa"/>
            <w:shd w:val="clear" w:color="auto" w:fill="EAF4F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F99184" w14:textId="77777777" w:rsidR="00712F08" w:rsidRDefault="00712F08" w:rsidP="00C56B1B">
            <w:pPr>
              <w:spacing w:after="0" w:line="240" w:lineRule="auto"/>
            </w:pPr>
            <w:proofErr w:type="spellStart"/>
            <w:r>
              <w:rPr>
                <w:rFonts w:ascii="ＭＳ 明朝" w:eastAsia="ＭＳ 明朝" w:hAnsi="ＭＳ 明朝" w:cs="ＭＳ 明朝" w:hint="eastAsia"/>
                <w:b/>
                <w:color w:val="123A63"/>
                <w:sz w:val="17"/>
              </w:rPr>
              <w:t>住所</w:t>
            </w:r>
            <w:proofErr w:type="spellEnd"/>
          </w:p>
        </w:tc>
        <w:tc>
          <w:tcPr>
            <w:tcW w:w="374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5058FC" w14:textId="77777777" w:rsidR="00712F08" w:rsidRDefault="00712F08" w:rsidP="00C56B1B">
            <w:pPr>
              <w:spacing w:after="0" w:line="240" w:lineRule="auto"/>
            </w:pPr>
            <w:r>
              <w:rPr>
                <w:rFonts w:ascii="ＭＳ 明朝" w:eastAsia="ＭＳ 明朝" w:hAnsi="ＭＳ 明朝" w:cs="ＭＳ 明朝" w:hint="eastAsia"/>
                <w:color w:val="183242"/>
                <w:sz w:val="17"/>
              </w:rPr>
              <w:t>〒</w:t>
            </w:r>
          </w:p>
        </w:tc>
        <w:tc>
          <w:tcPr>
            <w:tcW w:w="1701" w:type="dxa"/>
            <w:shd w:val="clear" w:color="auto" w:fill="EAF4F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7281D4" w14:textId="77777777" w:rsidR="00712F08" w:rsidRDefault="00712F08" w:rsidP="00C56B1B">
            <w:pPr>
              <w:spacing w:after="0" w:line="240" w:lineRule="auto"/>
            </w:pPr>
            <w:proofErr w:type="spellStart"/>
            <w:r>
              <w:rPr>
                <w:rFonts w:ascii="ＭＳ 明朝" w:eastAsia="ＭＳ 明朝" w:hAnsi="ＭＳ 明朝" w:cs="ＭＳ 明朝" w:hint="eastAsia"/>
                <w:b/>
                <w:color w:val="123A63"/>
                <w:sz w:val="17"/>
              </w:rPr>
              <w:t>電話番号</w:t>
            </w:r>
            <w:proofErr w:type="spellEnd"/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EB8A65" w14:textId="77777777" w:rsidR="00712F08" w:rsidRDefault="00712F08" w:rsidP="00C56B1B">
            <w:pPr>
              <w:spacing w:after="0" w:line="240" w:lineRule="auto"/>
            </w:pPr>
          </w:p>
        </w:tc>
      </w:tr>
      <w:tr w:rsidR="00712F08" w14:paraId="3B5AF181" w14:textId="77777777" w:rsidTr="00C56B1B">
        <w:trPr>
          <w:jc w:val="center"/>
        </w:trPr>
        <w:tc>
          <w:tcPr>
            <w:tcW w:w="1701" w:type="dxa"/>
            <w:shd w:val="clear" w:color="auto" w:fill="EAF4F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ED997C" w14:textId="77777777" w:rsidR="00712F08" w:rsidRDefault="00712F08" w:rsidP="00C56B1B">
            <w:pPr>
              <w:spacing w:after="0" w:line="240" w:lineRule="auto"/>
            </w:pPr>
            <w:r>
              <w:rPr>
                <w:b/>
                <w:color w:val="123A63"/>
                <w:sz w:val="17"/>
              </w:rPr>
              <w:t>E-mail</w:t>
            </w:r>
          </w:p>
        </w:tc>
        <w:tc>
          <w:tcPr>
            <w:tcW w:w="374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25F01B" w14:textId="77777777" w:rsidR="00712F08" w:rsidRDefault="00712F08" w:rsidP="00C56B1B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EAF4F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790F48" w14:textId="77777777" w:rsidR="00712F08" w:rsidRDefault="00712F08" w:rsidP="00C56B1B">
            <w:pPr>
              <w:spacing w:after="0" w:line="240" w:lineRule="auto"/>
            </w:pPr>
            <w:proofErr w:type="spellStart"/>
            <w:r>
              <w:rPr>
                <w:rFonts w:ascii="ＭＳ 明朝" w:eastAsia="ＭＳ 明朝" w:hAnsi="ＭＳ 明朝" w:cs="ＭＳ 明朝" w:hint="eastAsia"/>
                <w:b/>
                <w:color w:val="123A63"/>
                <w:sz w:val="17"/>
              </w:rPr>
              <w:t>当日連絡先</w:t>
            </w:r>
            <w:proofErr w:type="spellEnd"/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4BFDF8" w14:textId="77777777" w:rsidR="00712F08" w:rsidRDefault="00712F08" w:rsidP="00C56B1B">
            <w:pPr>
              <w:spacing w:after="0" w:line="240" w:lineRule="auto"/>
            </w:pPr>
          </w:p>
        </w:tc>
      </w:tr>
      <w:tr w:rsidR="00712F08" w14:paraId="1058C390" w14:textId="77777777" w:rsidTr="00C56B1B">
        <w:trPr>
          <w:jc w:val="center"/>
        </w:trPr>
        <w:tc>
          <w:tcPr>
            <w:tcW w:w="1701" w:type="dxa"/>
            <w:shd w:val="clear" w:color="auto" w:fill="EAF4F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EFB69C" w14:textId="77777777" w:rsidR="00712F08" w:rsidRDefault="00712F08" w:rsidP="00C56B1B">
            <w:pPr>
              <w:spacing w:after="0" w:line="240" w:lineRule="auto"/>
            </w:pPr>
            <w:proofErr w:type="spellStart"/>
            <w:r>
              <w:rPr>
                <w:rFonts w:ascii="ＭＳ 明朝" w:eastAsia="ＭＳ 明朝" w:hAnsi="ＭＳ 明朝" w:cs="ＭＳ 明朝" w:hint="eastAsia"/>
                <w:b/>
                <w:color w:val="123A63"/>
                <w:sz w:val="17"/>
              </w:rPr>
              <w:t>参加人数</w:t>
            </w:r>
            <w:proofErr w:type="spellEnd"/>
          </w:p>
        </w:tc>
        <w:tc>
          <w:tcPr>
            <w:tcW w:w="374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3D42DB" w14:textId="77777777" w:rsidR="00712F08" w:rsidRDefault="00712F08" w:rsidP="00C56B1B">
            <w:pPr>
              <w:spacing w:after="0" w:line="240" w:lineRule="auto"/>
            </w:pPr>
            <w:r>
              <w:rPr>
                <w:rFonts w:ascii="ＭＳ 明朝" w:eastAsia="ＭＳ 明朝" w:hAnsi="ＭＳ 明朝" w:cs="ＭＳ 明朝" w:hint="eastAsia"/>
                <w:color w:val="183242"/>
                <w:sz w:val="17"/>
              </w:rPr>
              <w:t xml:space="preserve">　　　　名</w:t>
            </w:r>
          </w:p>
        </w:tc>
        <w:tc>
          <w:tcPr>
            <w:tcW w:w="1701" w:type="dxa"/>
            <w:shd w:val="clear" w:color="auto" w:fill="EAF4F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3AB0A3" w14:textId="77777777" w:rsidR="00712F08" w:rsidRDefault="00712F08" w:rsidP="00C56B1B">
            <w:pPr>
              <w:spacing w:after="0" w:line="240" w:lineRule="auto"/>
            </w:pPr>
            <w:proofErr w:type="spellStart"/>
            <w:r>
              <w:rPr>
                <w:rFonts w:ascii="ＭＳ 明朝" w:eastAsia="ＭＳ 明朝" w:hAnsi="ＭＳ 明朝" w:cs="ＭＳ 明朝" w:hint="eastAsia"/>
                <w:b/>
                <w:color w:val="123A63"/>
                <w:sz w:val="17"/>
              </w:rPr>
              <w:t>支払方法</w:t>
            </w:r>
            <w:proofErr w:type="spellEnd"/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973854" w14:textId="77777777" w:rsidR="00712F08" w:rsidRDefault="00712F08" w:rsidP="00C56B1B">
            <w:pPr>
              <w:spacing w:after="0" w:line="240" w:lineRule="auto"/>
              <w:rPr>
                <w:lang w:eastAsia="zh-TW"/>
              </w:rPr>
            </w:pPr>
            <w:r>
              <w:rPr>
                <w:color w:val="183242"/>
                <w:sz w:val="17"/>
                <w:lang w:eastAsia="zh-TW"/>
              </w:rPr>
              <w:t xml:space="preserve">□ 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7"/>
                <w:lang w:eastAsia="zh-TW"/>
              </w:rPr>
              <w:t xml:space="preserve">代表者一括　</w:t>
            </w:r>
            <w:r>
              <w:rPr>
                <w:rFonts w:eastAsiaTheme="minorEastAsia" w:hint="eastAsia"/>
                <w:color w:val="183242"/>
                <w:sz w:val="17"/>
                <w:lang w:eastAsia="zh-TW"/>
              </w:rPr>
              <w:t xml:space="preserve">        </w:t>
            </w:r>
            <w:r>
              <w:rPr>
                <w:color w:val="183242"/>
                <w:sz w:val="17"/>
                <w:lang w:eastAsia="zh-TW"/>
              </w:rPr>
              <w:t xml:space="preserve">□ 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7"/>
                <w:lang w:eastAsia="zh-TW"/>
              </w:rPr>
              <w:t>個別</w:t>
            </w:r>
          </w:p>
        </w:tc>
      </w:tr>
    </w:tbl>
    <w:p w14:paraId="38532502" w14:textId="77777777" w:rsidR="00712F08" w:rsidRDefault="00712F08" w:rsidP="00712F08">
      <w:pPr>
        <w:pBdr>
          <w:bottom w:val="single" w:sz="10" w:space="1" w:color="123A63"/>
        </w:pBdr>
        <w:spacing w:after="40" w:line="240" w:lineRule="auto"/>
        <w:rPr>
          <w:rFonts w:eastAsiaTheme="minorEastAsia" w:hint="eastAsia"/>
          <w:b/>
          <w:color w:val="123A63"/>
          <w:sz w:val="22"/>
          <w:lang w:eastAsia="zh-TW"/>
        </w:rPr>
      </w:pPr>
    </w:p>
    <w:p w14:paraId="68BF9252" w14:textId="77777777" w:rsidR="00712F08" w:rsidRDefault="00712F08" w:rsidP="00712F08">
      <w:pPr>
        <w:pBdr>
          <w:bottom w:val="single" w:sz="10" w:space="1" w:color="123A63"/>
        </w:pBdr>
        <w:spacing w:after="40" w:line="240" w:lineRule="auto"/>
        <w:rPr>
          <w:rFonts w:eastAsiaTheme="minorEastAsia" w:hint="eastAsia"/>
          <w:b/>
          <w:color w:val="123A63"/>
          <w:sz w:val="22"/>
          <w:lang w:eastAsia="zh-TW"/>
        </w:rPr>
      </w:pPr>
    </w:p>
    <w:p w14:paraId="185D3067" w14:textId="77777777" w:rsidR="00712F08" w:rsidRPr="00B377F2" w:rsidRDefault="00712F08" w:rsidP="00712F08">
      <w:pPr>
        <w:pBdr>
          <w:bottom w:val="single" w:sz="10" w:space="1" w:color="123A63"/>
        </w:pBdr>
        <w:spacing w:after="40" w:line="240" w:lineRule="auto"/>
        <w:rPr>
          <w:rFonts w:eastAsiaTheme="minorEastAsia" w:hint="eastAsia"/>
          <w:b/>
          <w:color w:val="123A63"/>
          <w:sz w:val="22"/>
          <w:lang w:eastAsia="ja-JP"/>
        </w:rPr>
      </w:pPr>
      <w:r>
        <w:rPr>
          <w:b/>
          <w:color w:val="123A63"/>
          <w:sz w:val="22"/>
          <w:lang w:eastAsia="zh-CN"/>
        </w:rPr>
        <w:t xml:space="preserve">2  </w:t>
      </w:r>
      <w:r>
        <w:rPr>
          <w:rFonts w:ascii="ＭＳ 明朝" w:eastAsia="ＭＳ 明朝" w:hAnsi="ＭＳ 明朝" w:cs="ＭＳ 明朝" w:hint="eastAsia"/>
          <w:b/>
          <w:color w:val="123A63"/>
          <w:sz w:val="22"/>
          <w:lang w:eastAsia="zh-CN"/>
        </w:rPr>
        <w:t>参加者名簿</w:t>
      </w:r>
    </w:p>
    <w:p w14:paraId="4A16A660" w14:textId="77777777" w:rsidR="00712F08" w:rsidRPr="00B24B8D" w:rsidRDefault="00712F08" w:rsidP="00712F08">
      <w:pPr>
        <w:pBdr>
          <w:bottom w:val="single" w:sz="10" w:space="1" w:color="123A63"/>
        </w:pBdr>
        <w:spacing w:after="40" w:line="240" w:lineRule="auto"/>
        <w:rPr>
          <w:rFonts w:eastAsiaTheme="minorEastAsia" w:hint="eastAsia"/>
          <w:lang w:eastAsia="zh-C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288"/>
        <w:gridCol w:w="2381"/>
        <w:gridCol w:w="2438"/>
        <w:gridCol w:w="1984"/>
      </w:tblGrid>
      <w:tr w:rsidR="00712F08" w14:paraId="0D6D98C5" w14:textId="77777777" w:rsidTr="00C56B1B">
        <w:trPr>
          <w:tblHeader/>
          <w:jc w:val="center"/>
        </w:trPr>
        <w:tc>
          <w:tcPr>
            <w:tcW w:w="567" w:type="dxa"/>
            <w:shd w:val="clear" w:color="auto" w:fill="123A63"/>
            <w:tcMar>
              <w:top w:w="55" w:type="dxa"/>
              <w:left w:w="50" w:type="dxa"/>
              <w:bottom w:w="55" w:type="dxa"/>
              <w:right w:w="50" w:type="dxa"/>
            </w:tcMar>
          </w:tcPr>
          <w:p w14:paraId="61F98B3D" w14:textId="77777777" w:rsidR="00712F08" w:rsidRDefault="00712F08" w:rsidP="00C56B1B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No.</w:t>
            </w:r>
          </w:p>
        </w:tc>
        <w:tc>
          <w:tcPr>
            <w:tcW w:w="3288" w:type="dxa"/>
            <w:shd w:val="clear" w:color="auto" w:fill="123A63"/>
            <w:tcMar>
              <w:top w:w="55" w:type="dxa"/>
              <w:left w:w="50" w:type="dxa"/>
              <w:bottom w:w="55" w:type="dxa"/>
              <w:right w:w="50" w:type="dxa"/>
            </w:tcMar>
          </w:tcPr>
          <w:p w14:paraId="3D5F7F3F" w14:textId="77777777" w:rsidR="00712F08" w:rsidRDefault="00712F08" w:rsidP="00C56B1B">
            <w:pPr>
              <w:spacing w:after="0" w:line="240" w:lineRule="auto"/>
              <w:jc w:val="center"/>
            </w:pPr>
            <w:proofErr w:type="spellStart"/>
            <w:r>
              <w:rPr>
                <w:rFonts w:ascii="ＭＳ 明朝" w:eastAsia="ＭＳ 明朝" w:hAnsi="ＭＳ 明朝" w:cs="ＭＳ 明朝" w:hint="eastAsia"/>
                <w:b/>
                <w:color w:val="FFFFFF"/>
                <w:sz w:val="16"/>
              </w:rPr>
              <w:t>氏名</w:t>
            </w:r>
            <w:proofErr w:type="spellEnd"/>
          </w:p>
        </w:tc>
        <w:tc>
          <w:tcPr>
            <w:tcW w:w="2381" w:type="dxa"/>
            <w:shd w:val="clear" w:color="auto" w:fill="123A63"/>
            <w:tcMar>
              <w:top w:w="55" w:type="dxa"/>
              <w:left w:w="50" w:type="dxa"/>
              <w:bottom w:w="55" w:type="dxa"/>
              <w:right w:w="50" w:type="dxa"/>
            </w:tcMar>
          </w:tcPr>
          <w:p w14:paraId="13A176CC" w14:textId="77777777" w:rsidR="00712F08" w:rsidRDefault="00712F08" w:rsidP="00C56B1B">
            <w:pPr>
              <w:spacing w:after="0" w:line="240" w:lineRule="auto"/>
              <w:jc w:val="center"/>
            </w:pPr>
            <w:proofErr w:type="spellStart"/>
            <w:r>
              <w:rPr>
                <w:rFonts w:ascii="ＭＳ 明朝" w:eastAsia="ＭＳ 明朝" w:hAnsi="ＭＳ 明朝" w:cs="ＭＳ 明朝" w:hint="eastAsia"/>
                <w:b/>
                <w:color w:val="FFFFFF"/>
                <w:sz w:val="16"/>
              </w:rPr>
              <w:t>職種</w:t>
            </w:r>
            <w:proofErr w:type="spellEnd"/>
          </w:p>
        </w:tc>
        <w:tc>
          <w:tcPr>
            <w:tcW w:w="2438" w:type="dxa"/>
            <w:shd w:val="clear" w:color="auto" w:fill="123A63"/>
            <w:tcMar>
              <w:top w:w="55" w:type="dxa"/>
              <w:left w:w="50" w:type="dxa"/>
              <w:bottom w:w="55" w:type="dxa"/>
              <w:right w:w="50" w:type="dxa"/>
            </w:tcMar>
          </w:tcPr>
          <w:p w14:paraId="34571A98" w14:textId="77777777" w:rsidR="00712F08" w:rsidRDefault="00712F08" w:rsidP="00C56B1B">
            <w:pPr>
              <w:spacing w:after="0" w:line="240" w:lineRule="auto"/>
              <w:jc w:val="center"/>
            </w:pPr>
            <w:proofErr w:type="spellStart"/>
            <w:r>
              <w:rPr>
                <w:rFonts w:ascii="ＭＳ 明朝" w:eastAsia="ＭＳ 明朝" w:hAnsi="ＭＳ 明朝" w:cs="ＭＳ 明朝" w:hint="eastAsia"/>
                <w:b/>
                <w:color w:val="FFFFFF"/>
                <w:sz w:val="16"/>
              </w:rPr>
              <w:t>参加区分</w:t>
            </w:r>
            <w:proofErr w:type="spellEnd"/>
          </w:p>
        </w:tc>
        <w:tc>
          <w:tcPr>
            <w:tcW w:w="1984" w:type="dxa"/>
            <w:shd w:val="clear" w:color="auto" w:fill="123A63"/>
            <w:tcMar>
              <w:top w:w="55" w:type="dxa"/>
              <w:left w:w="50" w:type="dxa"/>
              <w:bottom w:w="55" w:type="dxa"/>
              <w:right w:w="50" w:type="dxa"/>
            </w:tcMar>
          </w:tcPr>
          <w:p w14:paraId="0CA412B0" w14:textId="77777777" w:rsidR="00712F08" w:rsidRDefault="00712F08" w:rsidP="00C56B1B">
            <w:pPr>
              <w:spacing w:after="0" w:line="240" w:lineRule="auto"/>
              <w:jc w:val="center"/>
            </w:pPr>
            <w:proofErr w:type="spellStart"/>
            <w:r>
              <w:rPr>
                <w:rFonts w:ascii="ＭＳ 明朝" w:eastAsia="ＭＳ 明朝" w:hAnsi="ＭＳ 明朝" w:cs="ＭＳ 明朝" w:hint="eastAsia"/>
                <w:b/>
                <w:color w:val="FFFFFF"/>
                <w:sz w:val="16"/>
              </w:rPr>
              <w:t>当日確認</w:t>
            </w:r>
            <w:proofErr w:type="spellEnd"/>
          </w:p>
        </w:tc>
      </w:tr>
      <w:tr w:rsidR="00712F08" w14:paraId="7C78FE04" w14:textId="77777777" w:rsidTr="00C56B1B">
        <w:trPr>
          <w:trHeight w:hRule="exact" w:val="522"/>
          <w:jc w:val="center"/>
        </w:trPr>
        <w:tc>
          <w:tcPr>
            <w:tcW w:w="56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08A8533" w14:textId="77777777" w:rsidR="00712F08" w:rsidRDefault="00712F08" w:rsidP="00C56B1B">
            <w:pPr>
              <w:spacing w:after="0" w:line="240" w:lineRule="auto"/>
              <w:jc w:val="center"/>
            </w:pPr>
            <w:r>
              <w:rPr>
                <w:color w:val="183242"/>
                <w:sz w:val="15"/>
              </w:rPr>
              <w:t>1</w:t>
            </w:r>
          </w:p>
        </w:tc>
        <w:tc>
          <w:tcPr>
            <w:tcW w:w="328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D24C1E2" w14:textId="77777777" w:rsidR="00712F08" w:rsidRDefault="00712F08" w:rsidP="00C56B1B">
            <w:pPr>
              <w:spacing w:after="0" w:line="240" w:lineRule="auto"/>
            </w:pPr>
          </w:p>
        </w:tc>
        <w:tc>
          <w:tcPr>
            <w:tcW w:w="2381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62EB21A" w14:textId="77777777" w:rsidR="00712F08" w:rsidRDefault="00712F08" w:rsidP="00C56B1B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color w:val="183242"/>
                <w:sz w:val="13"/>
                <w:lang w:eastAsia="ja-JP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 xml:space="preserve">歯科医師　</w:t>
            </w:r>
            <w:r>
              <w:rPr>
                <w:color w:val="183242"/>
                <w:sz w:val="13"/>
                <w:lang w:eastAsia="ja-JP"/>
              </w:rPr>
              <w:t>□DH</w:t>
            </w:r>
            <w:r>
              <w:rPr>
                <w:color w:val="183242"/>
                <w:sz w:val="13"/>
                <w:lang w:eastAsia="ja-JP"/>
              </w:rPr>
              <w:br/>
              <w:t>□DT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 xml:space="preserve">　</w:t>
            </w:r>
            <w:r>
              <w:rPr>
                <w:color w:val="183242"/>
                <w:sz w:val="13"/>
                <w:lang w:eastAsia="ja-JP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>学生・他</w:t>
            </w:r>
          </w:p>
        </w:tc>
        <w:tc>
          <w:tcPr>
            <w:tcW w:w="243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8734F5B" w14:textId="77777777" w:rsidR="00712F08" w:rsidRDefault="00712F08" w:rsidP="00C56B1B">
            <w:pPr>
              <w:spacing w:after="0" w:line="240" w:lineRule="auto"/>
              <w:jc w:val="center"/>
              <w:rPr>
                <w:lang w:eastAsia="zh-CN"/>
              </w:rPr>
            </w:pP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 xml:space="preserve">会員　</w:t>
            </w: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>非会員</w:t>
            </w:r>
            <w:r>
              <w:rPr>
                <w:color w:val="183242"/>
                <w:sz w:val="13"/>
                <w:lang w:eastAsia="zh-CN"/>
              </w:rPr>
              <w:br/>
              <w:t>□DH/DT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 xml:space="preserve">　</w:t>
            </w: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>学生</w:t>
            </w:r>
          </w:p>
        </w:tc>
        <w:tc>
          <w:tcPr>
            <w:tcW w:w="1984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AB853F1" w14:textId="77777777" w:rsidR="00712F08" w:rsidRDefault="00712F08" w:rsidP="00C56B1B">
            <w:pPr>
              <w:spacing w:after="0" w:line="240" w:lineRule="auto"/>
              <w:jc w:val="center"/>
            </w:pPr>
            <w:r>
              <w:rPr>
                <w:color w:val="183242"/>
                <w:sz w:val="15"/>
              </w:rPr>
              <w:t>□</w:t>
            </w:r>
            <w:proofErr w:type="spellStart"/>
            <w:r>
              <w:rPr>
                <w:rFonts w:ascii="ＭＳ 明朝" w:eastAsia="ＭＳ 明朝" w:hAnsi="ＭＳ 明朝" w:cs="ＭＳ 明朝" w:hint="eastAsia"/>
                <w:color w:val="183242"/>
                <w:sz w:val="15"/>
              </w:rPr>
              <w:t>受付</w:t>
            </w:r>
            <w:proofErr w:type="spellEnd"/>
          </w:p>
        </w:tc>
      </w:tr>
      <w:tr w:rsidR="00712F08" w14:paraId="1089AC07" w14:textId="77777777" w:rsidTr="00C56B1B">
        <w:trPr>
          <w:trHeight w:hRule="exact" w:val="522"/>
          <w:jc w:val="center"/>
        </w:trPr>
        <w:tc>
          <w:tcPr>
            <w:tcW w:w="567" w:type="dxa"/>
            <w:shd w:val="clear" w:color="auto" w:fill="F8FA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8B5EBDE" w14:textId="77777777" w:rsidR="00712F08" w:rsidRDefault="00712F08" w:rsidP="00C56B1B">
            <w:pPr>
              <w:spacing w:after="0" w:line="240" w:lineRule="auto"/>
              <w:jc w:val="center"/>
            </w:pPr>
            <w:r>
              <w:rPr>
                <w:color w:val="183242"/>
                <w:sz w:val="15"/>
              </w:rPr>
              <w:t>2</w:t>
            </w:r>
          </w:p>
        </w:tc>
        <w:tc>
          <w:tcPr>
            <w:tcW w:w="3288" w:type="dxa"/>
            <w:shd w:val="clear" w:color="auto" w:fill="F8FA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6268CC7" w14:textId="77777777" w:rsidR="00712F08" w:rsidRDefault="00712F08" w:rsidP="00C56B1B">
            <w:pPr>
              <w:spacing w:after="0" w:line="240" w:lineRule="auto"/>
            </w:pPr>
          </w:p>
        </w:tc>
        <w:tc>
          <w:tcPr>
            <w:tcW w:w="2381" w:type="dxa"/>
            <w:shd w:val="clear" w:color="auto" w:fill="F8FA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FF35BB4" w14:textId="77777777" w:rsidR="00712F08" w:rsidRDefault="00712F08" w:rsidP="00C56B1B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color w:val="183242"/>
                <w:sz w:val="13"/>
                <w:lang w:eastAsia="ja-JP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 xml:space="preserve">歯科医師　</w:t>
            </w:r>
            <w:r>
              <w:rPr>
                <w:color w:val="183242"/>
                <w:sz w:val="13"/>
                <w:lang w:eastAsia="ja-JP"/>
              </w:rPr>
              <w:t>□DH</w:t>
            </w:r>
            <w:r>
              <w:rPr>
                <w:color w:val="183242"/>
                <w:sz w:val="13"/>
                <w:lang w:eastAsia="ja-JP"/>
              </w:rPr>
              <w:br/>
              <w:t>□DT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 xml:space="preserve">　</w:t>
            </w:r>
            <w:r>
              <w:rPr>
                <w:color w:val="183242"/>
                <w:sz w:val="13"/>
                <w:lang w:eastAsia="ja-JP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>学生・他</w:t>
            </w:r>
          </w:p>
        </w:tc>
        <w:tc>
          <w:tcPr>
            <w:tcW w:w="2438" w:type="dxa"/>
            <w:shd w:val="clear" w:color="auto" w:fill="F8FA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611BEB8" w14:textId="77777777" w:rsidR="00712F08" w:rsidRDefault="00712F08" w:rsidP="00C56B1B">
            <w:pPr>
              <w:spacing w:after="0" w:line="240" w:lineRule="auto"/>
              <w:jc w:val="center"/>
              <w:rPr>
                <w:lang w:eastAsia="zh-CN"/>
              </w:rPr>
            </w:pP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 xml:space="preserve">会員　</w:t>
            </w: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>非会員</w:t>
            </w:r>
            <w:r>
              <w:rPr>
                <w:color w:val="183242"/>
                <w:sz w:val="13"/>
                <w:lang w:eastAsia="zh-CN"/>
              </w:rPr>
              <w:br/>
              <w:t>□DH/DT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 xml:space="preserve">　</w:t>
            </w: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>学生</w:t>
            </w:r>
          </w:p>
        </w:tc>
        <w:tc>
          <w:tcPr>
            <w:tcW w:w="1984" w:type="dxa"/>
            <w:shd w:val="clear" w:color="auto" w:fill="F8FA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1CE4067" w14:textId="77777777" w:rsidR="00712F08" w:rsidRDefault="00712F08" w:rsidP="00C56B1B">
            <w:pPr>
              <w:spacing w:after="0" w:line="240" w:lineRule="auto"/>
              <w:jc w:val="center"/>
            </w:pPr>
            <w:r>
              <w:rPr>
                <w:color w:val="183242"/>
                <w:sz w:val="15"/>
              </w:rPr>
              <w:t>□</w:t>
            </w:r>
            <w:proofErr w:type="spellStart"/>
            <w:r>
              <w:rPr>
                <w:rFonts w:ascii="ＭＳ 明朝" w:eastAsia="ＭＳ 明朝" w:hAnsi="ＭＳ 明朝" w:cs="ＭＳ 明朝" w:hint="eastAsia"/>
                <w:color w:val="183242"/>
                <w:sz w:val="15"/>
              </w:rPr>
              <w:t>受付</w:t>
            </w:r>
            <w:proofErr w:type="spellEnd"/>
          </w:p>
        </w:tc>
      </w:tr>
      <w:tr w:rsidR="00712F08" w14:paraId="3C5A0428" w14:textId="77777777" w:rsidTr="00C56B1B">
        <w:trPr>
          <w:trHeight w:hRule="exact" w:val="522"/>
          <w:jc w:val="center"/>
        </w:trPr>
        <w:tc>
          <w:tcPr>
            <w:tcW w:w="56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C993EB8" w14:textId="77777777" w:rsidR="00712F08" w:rsidRDefault="00712F08" w:rsidP="00C56B1B">
            <w:pPr>
              <w:spacing w:after="0" w:line="240" w:lineRule="auto"/>
              <w:jc w:val="center"/>
            </w:pPr>
            <w:r>
              <w:rPr>
                <w:color w:val="183242"/>
                <w:sz w:val="15"/>
              </w:rPr>
              <w:t>3</w:t>
            </w:r>
          </w:p>
        </w:tc>
        <w:tc>
          <w:tcPr>
            <w:tcW w:w="328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E07D8D4" w14:textId="77777777" w:rsidR="00712F08" w:rsidRDefault="00712F08" w:rsidP="00C56B1B">
            <w:pPr>
              <w:spacing w:after="0" w:line="240" w:lineRule="auto"/>
            </w:pPr>
          </w:p>
        </w:tc>
        <w:tc>
          <w:tcPr>
            <w:tcW w:w="2381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E1641DD" w14:textId="77777777" w:rsidR="00712F08" w:rsidRDefault="00712F08" w:rsidP="00C56B1B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color w:val="183242"/>
                <w:sz w:val="13"/>
                <w:lang w:eastAsia="ja-JP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 xml:space="preserve">歯科医師　</w:t>
            </w:r>
            <w:r>
              <w:rPr>
                <w:color w:val="183242"/>
                <w:sz w:val="13"/>
                <w:lang w:eastAsia="ja-JP"/>
              </w:rPr>
              <w:t>□DH</w:t>
            </w:r>
            <w:r>
              <w:rPr>
                <w:color w:val="183242"/>
                <w:sz w:val="13"/>
                <w:lang w:eastAsia="ja-JP"/>
              </w:rPr>
              <w:br/>
              <w:t>□DT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 xml:space="preserve">　</w:t>
            </w:r>
            <w:r>
              <w:rPr>
                <w:color w:val="183242"/>
                <w:sz w:val="13"/>
                <w:lang w:eastAsia="ja-JP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>学生・他</w:t>
            </w:r>
          </w:p>
        </w:tc>
        <w:tc>
          <w:tcPr>
            <w:tcW w:w="243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6E99712" w14:textId="77777777" w:rsidR="00712F08" w:rsidRDefault="00712F08" w:rsidP="00C56B1B">
            <w:pPr>
              <w:spacing w:after="0" w:line="240" w:lineRule="auto"/>
              <w:jc w:val="center"/>
              <w:rPr>
                <w:lang w:eastAsia="zh-CN"/>
              </w:rPr>
            </w:pP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 xml:space="preserve">会員　</w:t>
            </w: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>非会員</w:t>
            </w:r>
            <w:r>
              <w:rPr>
                <w:color w:val="183242"/>
                <w:sz w:val="13"/>
                <w:lang w:eastAsia="zh-CN"/>
              </w:rPr>
              <w:br/>
              <w:t>□DH/DT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 xml:space="preserve">　</w:t>
            </w: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>学生</w:t>
            </w:r>
          </w:p>
        </w:tc>
        <w:tc>
          <w:tcPr>
            <w:tcW w:w="1984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A557AEE" w14:textId="77777777" w:rsidR="00712F08" w:rsidRDefault="00712F08" w:rsidP="00C56B1B">
            <w:pPr>
              <w:spacing w:after="0" w:line="240" w:lineRule="auto"/>
              <w:jc w:val="center"/>
            </w:pPr>
            <w:r>
              <w:rPr>
                <w:color w:val="183242"/>
                <w:sz w:val="15"/>
              </w:rPr>
              <w:t>□</w:t>
            </w:r>
            <w:proofErr w:type="spellStart"/>
            <w:r>
              <w:rPr>
                <w:rFonts w:ascii="ＭＳ 明朝" w:eastAsia="ＭＳ 明朝" w:hAnsi="ＭＳ 明朝" w:cs="ＭＳ 明朝" w:hint="eastAsia"/>
                <w:color w:val="183242"/>
                <w:sz w:val="15"/>
              </w:rPr>
              <w:t>受付</w:t>
            </w:r>
            <w:proofErr w:type="spellEnd"/>
          </w:p>
        </w:tc>
      </w:tr>
      <w:tr w:rsidR="00712F08" w14:paraId="46BA2733" w14:textId="77777777" w:rsidTr="00C56B1B">
        <w:trPr>
          <w:trHeight w:hRule="exact" w:val="522"/>
          <w:jc w:val="center"/>
        </w:trPr>
        <w:tc>
          <w:tcPr>
            <w:tcW w:w="567" w:type="dxa"/>
            <w:shd w:val="clear" w:color="auto" w:fill="F8FA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45E4A92" w14:textId="77777777" w:rsidR="00712F08" w:rsidRDefault="00712F08" w:rsidP="00C56B1B">
            <w:pPr>
              <w:spacing w:after="0" w:line="240" w:lineRule="auto"/>
              <w:jc w:val="center"/>
            </w:pPr>
            <w:r>
              <w:rPr>
                <w:color w:val="183242"/>
                <w:sz w:val="15"/>
              </w:rPr>
              <w:t>4</w:t>
            </w:r>
          </w:p>
        </w:tc>
        <w:tc>
          <w:tcPr>
            <w:tcW w:w="3288" w:type="dxa"/>
            <w:shd w:val="clear" w:color="auto" w:fill="F8FA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05FAD4A" w14:textId="77777777" w:rsidR="00712F08" w:rsidRDefault="00712F08" w:rsidP="00C56B1B">
            <w:pPr>
              <w:spacing w:after="0" w:line="240" w:lineRule="auto"/>
            </w:pPr>
          </w:p>
        </w:tc>
        <w:tc>
          <w:tcPr>
            <w:tcW w:w="2381" w:type="dxa"/>
            <w:shd w:val="clear" w:color="auto" w:fill="F8FA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187B917" w14:textId="77777777" w:rsidR="00712F08" w:rsidRDefault="00712F08" w:rsidP="00C56B1B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color w:val="183242"/>
                <w:sz w:val="13"/>
                <w:lang w:eastAsia="ja-JP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 xml:space="preserve">歯科医師　</w:t>
            </w:r>
            <w:r>
              <w:rPr>
                <w:color w:val="183242"/>
                <w:sz w:val="13"/>
                <w:lang w:eastAsia="ja-JP"/>
              </w:rPr>
              <w:t>□DH</w:t>
            </w:r>
            <w:r>
              <w:rPr>
                <w:color w:val="183242"/>
                <w:sz w:val="13"/>
                <w:lang w:eastAsia="ja-JP"/>
              </w:rPr>
              <w:br/>
              <w:t>□DT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 xml:space="preserve">　</w:t>
            </w:r>
            <w:r>
              <w:rPr>
                <w:color w:val="183242"/>
                <w:sz w:val="13"/>
                <w:lang w:eastAsia="ja-JP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>学生・他</w:t>
            </w:r>
          </w:p>
        </w:tc>
        <w:tc>
          <w:tcPr>
            <w:tcW w:w="2438" w:type="dxa"/>
            <w:shd w:val="clear" w:color="auto" w:fill="F8FA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ED46C98" w14:textId="77777777" w:rsidR="00712F08" w:rsidRDefault="00712F08" w:rsidP="00C56B1B">
            <w:pPr>
              <w:spacing w:after="0" w:line="240" w:lineRule="auto"/>
              <w:jc w:val="center"/>
              <w:rPr>
                <w:lang w:eastAsia="zh-CN"/>
              </w:rPr>
            </w:pP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 xml:space="preserve">会員　</w:t>
            </w: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>非会員</w:t>
            </w:r>
            <w:r>
              <w:rPr>
                <w:color w:val="183242"/>
                <w:sz w:val="13"/>
                <w:lang w:eastAsia="zh-CN"/>
              </w:rPr>
              <w:br/>
              <w:t>□DH/DT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 xml:space="preserve">　</w:t>
            </w: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>学生</w:t>
            </w:r>
          </w:p>
        </w:tc>
        <w:tc>
          <w:tcPr>
            <w:tcW w:w="1984" w:type="dxa"/>
            <w:shd w:val="clear" w:color="auto" w:fill="F8FA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656B068" w14:textId="77777777" w:rsidR="00712F08" w:rsidRDefault="00712F08" w:rsidP="00C56B1B">
            <w:pPr>
              <w:spacing w:after="0" w:line="240" w:lineRule="auto"/>
              <w:jc w:val="center"/>
            </w:pPr>
            <w:r>
              <w:rPr>
                <w:color w:val="183242"/>
                <w:sz w:val="15"/>
              </w:rPr>
              <w:t>□</w:t>
            </w:r>
            <w:proofErr w:type="spellStart"/>
            <w:r>
              <w:rPr>
                <w:rFonts w:ascii="ＭＳ 明朝" w:eastAsia="ＭＳ 明朝" w:hAnsi="ＭＳ 明朝" w:cs="ＭＳ 明朝" w:hint="eastAsia"/>
                <w:color w:val="183242"/>
                <w:sz w:val="15"/>
              </w:rPr>
              <w:t>受付</w:t>
            </w:r>
            <w:proofErr w:type="spellEnd"/>
          </w:p>
        </w:tc>
      </w:tr>
      <w:tr w:rsidR="00712F08" w14:paraId="5B495A77" w14:textId="77777777" w:rsidTr="00C56B1B">
        <w:trPr>
          <w:trHeight w:hRule="exact" w:val="522"/>
          <w:jc w:val="center"/>
        </w:trPr>
        <w:tc>
          <w:tcPr>
            <w:tcW w:w="56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E7EA9D0" w14:textId="77777777" w:rsidR="00712F08" w:rsidRDefault="00712F08" w:rsidP="00C56B1B">
            <w:pPr>
              <w:spacing w:after="0" w:line="240" w:lineRule="auto"/>
              <w:jc w:val="center"/>
            </w:pPr>
            <w:r>
              <w:rPr>
                <w:color w:val="183242"/>
                <w:sz w:val="15"/>
              </w:rPr>
              <w:t>5</w:t>
            </w:r>
          </w:p>
        </w:tc>
        <w:tc>
          <w:tcPr>
            <w:tcW w:w="328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C458C0C" w14:textId="77777777" w:rsidR="00712F08" w:rsidRDefault="00712F08" w:rsidP="00C56B1B">
            <w:pPr>
              <w:spacing w:after="0" w:line="240" w:lineRule="auto"/>
            </w:pPr>
          </w:p>
        </w:tc>
        <w:tc>
          <w:tcPr>
            <w:tcW w:w="2381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31A6905" w14:textId="77777777" w:rsidR="00712F08" w:rsidRDefault="00712F08" w:rsidP="00C56B1B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color w:val="183242"/>
                <w:sz w:val="13"/>
                <w:lang w:eastAsia="ja-JP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 xml:space="preserve">歯科医師　</w:t>
            </w:r>
            <w:r>
              <w:rPr>
                <w:color w:val="183242"/>
                <w:sz w:val="13"/>
                <w:lang w:eastAsia="ja-JP"/>
              </w:rPr>
              <w:t>□DH</w:t>
            </w:r>
            <w:r>
              <w:rPr>
                <w:color w:val="183242"/>
                <w:sz w:val="13"/>
                <w:lang w:eastAsia="ja-JP"/>
              </w:rPr>
              <w:br/>
              <w:t>□DT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 xml:space="preserve">　</w:t>
            </w:r>
            <w:r>
              <w:rPr>
                <w:color w:val="183242"/>
                <w:sz w:val="13"/>
                <w:lang w:eastAsia="ja-JP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>学生・他</w:t>
            </w:r>
          </w:p>
        </w:tc>
        <w:tc>
          <w:tcPr>
            <w:tcW w:w="243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73BDBA8" w14:textId="77777777" w:rsidR="00712F08" w:rsidRDefault="00712F08" w:rsidP="00C56B1B">
            <w:pPr>
              <w:spacing w:after="0" w:line="240" w:lineRule="auto"/>
              <w:jc w:val="center"/>
              <w:rPr>
                <w:lang w:eastAsia="zh-CN"/>
              </w:rPr>
            </w:pP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 xml:space="preserve">会員　</w:t>
            </w: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>非会員</w:t>
            </w:r>
            <w:r>
              <w:rPr>
                <w:color w:val="183242"/>
                <w:sz w:val="13"/>
                <w:lang w:eastAsia="zh-CN"/>
              </w:rPr>
              <w:br/>
              <w:t>□DH/DT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 xml:space="preserve">　</w:t>
            </w: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>学生</w:t>
            </w:r>
          </w:p>
        </w:tc>
        <w:tc>
          <w:tcPr>
            <w:tcW w:w="1984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E6672A8" w14:textId="77777777" w:rsidR="00712F08" w:rsidRDefault="00712F08" w:rsidP="00C56B1B">
            <w:pPr>
              <w:spacing w:after="0" w:line="240" w:lineRule="auto"/>
              <w:jc w:val="center"/>
            </w:pPr>
            <w:r>
              <w:rPr>
                <w:color w:val="183242"/>
                <w:sz w:val="15"/>
              </w:rPr>
              <w:t>□</w:t>
            </w:r>
            <w:proofErr w:type="spellStart"/>
            <w:r>
              <w:rPr>
                <w:rFonts w:ascii="ＭＳ 明朝" w:eastAsia="ＭＳ 明朝" w:hAnsi="ＭＳ 明朝" w:cs="ＭＳ 明朝" w:hint="eastAsia"/>
                <w:color w:val="183242"/>
                <w:sz w:val="15"/>
              </w:rPr>
              <w:t>受付</w:t>
            </w:r>
            <w:proofErr w:type="spellEnd"/>
          </w:p>
        </w:tc>
      </w:tr>
      <w:tr w:rsidR="00712F08" w14:paraId="469939BB" w14:textId="77777777" w:rsidTr="00C56B1B">
        <w:trPr>
          <w:trHeight w:hRule="exact" w:val="522"/>
          <w:jc w:val="center"/>
        </w:trPr>
        <w:tc>
          <w:tcPr>
            <w:tcW w:w="567" w:type="dxa"/>
            <w:shd w:val="clear" w:color="auto" w:fill="F8FA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820735B" w14:textId="77777777" w:rsidR="00712F08" w:rsidRDefault="00712F08" w:rsidP="00C56B1B">
            <w:pPr>
              <w:spacing w:after="0" w:line="240" w:lineRule="auto"/>
              <w:jc w:val="center"/>
            </w:pPr>
            <w:r>
              <w:rPr>
                <w:color w:val="183242"/>
                <w:sz w:val="15"/>
              </w:rPr>
              <w:t>6</w:t>
            </w:r>
          </w:p>
        </w:tc>
        <w:tc>
          <w:tcPr>
            <w:tcW w:w="3288" w:type="dxa"/>
            <w:shd w:val="clear" w:color="auto" w:fill="F8FA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FF621A7" w14:textId="77777777" w:rsidR="00712F08" w:rsidRDefault="00712F08" w:rsidP="00C56B1B">
            <w:pPr>
              <w:spacing w:after="0" w:line="240" w:lineRule="auto"/>
            </w:pPr>
          </w:p>
        </w:tc>
        <w:tc>
          <w:tcPr>
            <w:tcW w:w="2381" w:type="dxa"/>
            <w:shd w:val="clear" w:color="auto" w:fill="F8FA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075FB55" w14:textId="77777777" w:rsidR="00712F08" w:rsidRDefault="00712F08" w:rsidP="00C56B1B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color w:val="183242"/>
                <w:sz w:val="13"/>
                <w:lang w:eastAsia="ja-JP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 xml:space="preserve">歯科医師　</w:t>
            </w:r>
            <w:r>
              <w:rPr>
                <w:color w:val="183242"/>
                <w:sz w:val="13"/>
                <w:lang w:eastAsia="ja-JP"/>
              </w:rPr>
              <w:t>□DH</w:t>
            </w:r>
            <w:r>
              <w:rPr>
                <w:color w:val="183242"/>
                <w:sz w:val="13"/>
                <w:lang w:eastAsia="ja-JP"/>
              </w:rPr>
              <w:br/>
              <w:t>□DT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 xml:space="preserve">　</w:t>
            </w:r>
            <w:r>
              <w:rPr>
                <w:color w:val="183242"/>
                <w:sz w:val="13"/>
                <w:lang w:eastAsia="ja-JP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>学生・他</w:t>
            </w:r>
          </w:p>
        </w:tc>
        <w:tc>
          <w:tcPr>
            <w:tcW w:w="2438" w:type="dxa"/>
            <w:shd w:val="clear" w:color="auto" w:fill="F8FA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937A280" w14:textId="77777777" w:rsidR="00712F08" w:rsidRDefault="00712F08" w:rsidP="00C56B1B">
            <w:pPr>
              <w:spacing w:after="0" w:line="240" w:lineRule="auto"/>
              <w:jc w:val="center"/>
              <w:rPr>
                <w:lang w:eastAsia="zh-CN"/>
              </w:rPr>
            </w:pP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 xml:space="preserve">会員　</w:t>
            </w: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>非会員</w:t>
            </w:r>
            <w:r>
              <w:rPr>
                <w:color w:val="183242"/>
                <w:sz w:val="13"/>
                <w:lang w:eastAsia="zh-CN"/>
              </w:rPr>
              <w:br/>
              <w:t>□DH/DT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 xml:space="preserve">　</w:t>
            </w: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>学生</w:t>
            </w:r>
          </w:p>
        </w:tc>
        <w:tc>
          <w:tcPr>
            <w:tcW w:w="1984" w:type="dxa"/>
            <w:shd w:val="clear" w:color="auto" w:fill="F8FA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661F24D" w14:textId="77777777" w:rsidR="00712F08" w:rsidRDefault="00712F08" w:rsidP="00C56B1B">
            <w:pPr>
              <w:spacing w:after="0" w:line="240" w:lineRule="auto"/>
              <w:jc w:val="center"/>
            </w:pPr>
            <w:r>
              <w:rPr>
                <w:color w:val="183242"/>
                <w:sz w:val="15"/>
              </w:rPr>
              <w:t>□</w:t>
            </w:r>
            <w:proofErr w:type="spellStart"/>
            <w:r>
              <w:rPr>
                <w:rFonts w:ascii="ＭＳ 明朝" w:eastAsia="ＭＳ 明朝" w:hAnsi="ＭＳ 明朝" w:cs="ＭＳ 明朝" w:hint="eastAsia"/>
                <w:color w:val="183242"/>
                <w:sz w:val="15"/>
              </w:rPr>
              <w:t>受付</w:t>
            </w:r>
            <w:proofErr w:type="spellEnd"/>
          </w:p>
        </w:tc>
      </w:tr>
      <w:tr w:rsidR="00712F08" w14:paraId="76A7C85D" w14:textId="77777777" w:rsidTr="00C56B1B">
        <w:trPr>
          <w:trHeight w:hRule="exact" w:val="522"/>
          <w:jc w:val="center"/>
        </w:trPr>
        <w:tc>
          <w:tcPr>
            <w:tcW w:w="56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F4898E4" w14:textId="77777777" w:rsidR="00712F08" w:rsidRDefault="00712F08" w:rsidP="00C56B1B">
            <w:pPr>
              <w:spacing w:after="0" w:line="240" w:lineRule="auto"/>
              <w:jc w:val="center"/>
            </w:pPr>
            <w:r>
              <w:rPr>
                <w:color w:val="183242"/>
                <w:sz w:val="15"/>
              </w:rPr>
              <w:t>7</w:t>
            </w:r>
          </w:p>
        </w:tc>
        <w:tc>
          <w:tcPr>
            <w:tcW w:w="328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F1E5A7E" w14:textId="77777777" w:rsidR="00712F08" w:rsidRDefault="00712F08" w:rsidP="00C56B1B">
            <w:pPr>
              <w:spacing w:after="0" w:line="240" w:lineRule="auto"/>
            </w:pPr>
          </w:p>
        </w:tc>
        <w:tc>
          <w:tcPr>
            <w:tcW w:w="2381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A824A65" w14:textId="77777777" w:rsidR="00712F08" w:rsidRDefault="00712F08" w:rsidP="00C56B1B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color w:val="183242"/>
                <w:sz w:val="13"/>
                <w:lang w:eastAsia="ja-JP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 xml:space="preserve">歯科医師　</w:t>
            </w:r>
            <w:r>
              <w:rPr>
                <w:color w:val="183242"/>
                <w:sz w:val="13"/>
                <w:lang w:eastAsia="ja-JP"/>
              </w:rPr>
              <w:t>□DH</w:t>
            </w:r>
            <w:r>
              <w:rPr>
                <w:color w:val="183242"/>
                <w:sz w:val="13"/>
                <w:lang w:eastAsia="ja-JP"/>
              </w:rPr>
              <w:br/>
              <w:t>□DT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 xml:space="preserve">　</w:t>
            </w:r>
            <w:r>
              <w:rPr>
                <w:color w:val="183242"/>
                <w:sz w:val="13"/>
                <w:lang w:eastAsia="ja-JP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>学生・他</w:t>
            </w:r>
          </w:p>
        </w:tc>
        <w:tc>
          <w:tcPr>
            <w:tcW w:w="243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36CEE7E" w14:textId="77777777" w:rsidR="00712F08" w:rsidRDefault="00712F08" w:rsidP="00C56B1B">
            <w:pPr>
              <w:spacing w:after="0" w:line="240" w:lineRule="auto"/>
              <w:jc w:val="center"/>
              <w:rPr>
                <w:lang w:eastAsia="zh-CN"/>
              </w:rPr>
            </w:pP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 xml:space="preserve">会員　</w:t>
            </w: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>非会員</w:t>
            </w:r>
            <w:r>
              <w:rPr>
                <w:color w:val="183242"/>
                <w:sz w:val="13"/>
                <w:lang w:eastAsia="zh-CN"/>
              </w:rPr>
              <w:br/>
              <w:t>□DH/DT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 xml:space="preserve">　</w:t>
            </w: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>学生</w:t>
            </w:r>
          </w:p>
        </w:tc>
        <w:tc>
          <w:tcPr>
            <w:tcW w:w="1984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5061D89" w14:textId="77777777" w:rsidR="00712F08" w:rsidRDefault="00712F08" w:rsidP="00C56B1B">
            <w:pPr>
              <w:spacing w:after="0" w:line="240" w:lineRule="auto"/>
              <w:jc w:val="center"/>
            </w:pPr>
            <w:r>
              <w:rPr>
                <w:color w:val="183242"/>
                <w:sz w:val="15"/>
              </w:rPr>
              <w:t>□</w:t>
            </w:r>
            <w:proofErr w:type="spellStart"/>
            <w:r>
              <w:rPr>
                <w:rFonts w:ascii="ＭＳ 明朝" w:eastAsia="ＭＳ 明朝" w:hAnsi="ＭＳ 明朝" w:cs="ＭＳ 明朝" w:hint="eastAsia"/>
                <w:color w:val="183242"/>
                <w:sz w:val="15"/>
              </w:rPr>
              <w:t>受付</w:t>
            </w:r>
            <w:proofErr w:type="spellEnd"/>
          </w:p>
        </w:tc>
      </w:tr>
      <w:tr w:rsidR="00712F08" w14:paraId="32798243" w14:textId="77777777" w:rsidTr="00C56B1B">
        <w:trPr>
          <w:trHeight w:hRule="exact" w:val="522"/>
          <w:jc w:val="center"/>
        </w:trPr>
        <w:tc>
          <w:tcPr>
            <w:tcW w:w="567" w:type="dxa"/>
            <w:shd w:val="clear" w:color="auto" w:fill="F8FA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DBE8F73" w14:textId="77777777" w:rsidR="00712F08" w:rsidRDefault="00712F08" w:rsidP="00C56B1B">
            <w:pPr>
              <w:spacing w:after="0" w:line="240" w:lineRule="auto"/>
              <w:jc w:val="center"/>
            </w:pPr>
            <w:r>
              <w:rPr>
                <w:color w:val="183242"/>
                <w:sz w:val="15"/>
              </w:rPr>
              <w:t>8</w:t>
            </w:r>
          </w:p>
        </w:tc>
        <w:tc>
          <w:tcPr>
            <w:tcW w:w="3288" w:type="dxa"/>
            <w:shd w:val="clear" w:color="auto" w:fill="F8FA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291E567" w14:textId="77777777" w:rsidR="00712F08" w:rsidRDefault="00712F08" w:rsidP="00C56B1B">
            <w:pPr>
              <w:spacing w:after="0" w:line="240" w:lineRule="auto"/>
            </w:pPr>
          </w:p>
        </w:tc>
        <w:tc>
          <w:tcPr>
            <w:tcW w:w="2381" w:type="dxa"/>
            <w:shd w:val="clear" w:color="auto" w:fill="F8FA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21A63DB" w14:textId="77777777" w:rsidR="00712F08" w:rsidRDefault="00712F08" w:rsidP="00C56B1B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color w:val="183242"/>
                <w:sz w:val="13"/>
                <w:lang w:eastAsia="ja-JP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 xml:space="preserve">歯科医師　</w:t>
            </w:r>
            <w:r>
              <w:rPr>
                <w:color w:val="183242"/>
                <w:sz w:val="13"/>
                <w:lang w:eastAsia="ja-JP"/>
              </w:rPr>
              <w:t>□DH</w:t>
            </w:r>
            <w:r>
              <w:rPr>
                <w:color w:val="183242"/>
                <w:sz w:val="13"/>
                <w:lang w:eastAsia="ja-JP"/>
              </w:rPr>
              <w:br/>
              <w:t>□DT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 xml:space="preserve">　</w:t>
            </w:r>
            <w:r>
              <w:rPr>
                <w:color w:val="183242"/>
                <w:sz w:val="13"/>
                <w:lang w:eastAsia="ja-JP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>学生・他</w:t>
            </w:r>
          </w:p>
        </w:tc>
        <w:tc>
          <w:tcPr>
            <w:tcW w:w="2438" w:type="dxa"/>
            <w:shd w:val="clear" w:color="auto" w:fill="F8FA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9758E51" w14:textId="77777777" w:rsidR="00712F08" w:rsidRDefault="00712F08" w:rsidP="00C56B1B">
            <w:pPr>
              <w:spacing w:after="0" w:line="240" w:lineRule="auto"/>
              <w:jc w:val="center"/>
              <w:rPr>
                <w:lang w:eastAsia="zh-CN"/>
              </w:rPr>
            </w:pP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 xml:space="preserve">会員　</w:t>
            </w: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>非会員</w:t>
            </w:r>
            <w:r>
              <w:rPr>
                <w:color w:val="183242"/>
                <w:sz w:val="13"/>
                <w:lang w:eastAsia="zh-CN"/>
              </w:rPr>
              <w:br/>
              <w:t>□DH/DT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 xml:space="preserve">　</w:t>
            </w: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>学生</w:t>
            </w:r>
          </w:p>
        </w:tc>
        <w:tc>
          <w:tcPr>
            <w:tcW w:w="1984" w:type="dxa"/>
            <w:shd w:val="clear" w:color="auto" w:fill="F8FA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DE19762" w14:textId="77777777" w:rsidR="00712F08" w:rsidRDefault="00712F08" w:rsidP="00C56B1B">
            <w:pPr>
              <w:spacing w:after="0" w:line="240" w:lineRule="auto"/>
              <w:jc w:val="center"/>
            </w:pPr>
            <w:r>
              <w:rPr>
                <w:color w:val="183242"/>
                <w:sz w:val="15"/>
              </w:rPr>
              <w:t>□</w:t>
            </w:r>
            <w:proofErr w:type="spellStart"/>
            <w:r>
              <w:rPr>
                <w:rFonts w:ascii="ＭＳ 明朝" w:eastAsia="ＭＳ 明朝" w:hAnsi="ＭＳ 明朝" w:cs="ＭＳ 明朝" w:hint="eastAsia"/>
                <w:color w:val="183242"/>
                <w:sz w:val="15"/>
              </w:rPr>
              <w:t>受付</w:t>
            </w:r>
            <w:proofErr w:type="spellEnd"/>
          </w:p>
        </w:tc>
      </w:tr>
      <w:tr w:rsidR="00712F08" w14:paraId="538DB4F5" w14:textId="77777777" w:rsidTr="00C56B1B">
        <w:trPr>
          <w:trHeight w:hRule="exact" w:val="522"/>
          <w:jc w:val="center"/>
        </w:trPr>
        <w:tc>
          <w:tcPr>
            <w:tcW w:w="567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A87213F" w14:textId="77777777" w:rsidR="00712F08" w:rsidRDefault="00712F08" w:rsidP="00C56B1B">
            <w:pPr>
              <w:spacing w:after="0" w:line="240" w:lineRule="auto"/>
              <w:jc w:val="center"/>
            </w:pPr>
            <w:r>
              <w:rPr>
                <w:color w:val="183242"/>
                <w:sz w:val="15"/>
              </w:rPr>
              <w:t>9</w:t>
            </w:r>
          </w:p>
        </w:tc>
        <w:tc>
          <w:tcPr>
            <w:tcW w:w="328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D137715" w14:textId="77777777" w:rsidR="00712F08" w:rsidRDefault="00712F08" w:rsidP="00C56B1B">
            <w:pPr>
              <w:spacing w:after="0" w:line="240" w:lineRule="auto"/>
            </w:pPr>
          </w:p>
        </w:tc>
        <w:tc>
          <w:tcPr>
            <w:tcW w:w="2381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ECC2A95" w14:textId="77777777" w:rsidR="00712F08" w:rsidRDefault="00712F08" w:rsidP="00C56B1B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color w:val="183242"/>
                <w:sz w:val="13"/>
                <w:lang w:eastAsia="ja-JP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 xml:space="preserve">歯科医師　</w:t>
            </w:r>
            <w:r>
              <w:rPr>
                <w:color w:val="183242"/>
                <w:sz w:val="13"/>
                <w:lang w:eastAsia="ja-JP"/>
              </w:rPr>
              <w:t>□DH</w:t>
            </w:r>
            <w:r>
              <w:rPr>
                <w:color w:val="183242"/>
                <w:sz w:val="13"/>
                <w:lang w:eastAsia="ja-JP"/>
              </w:rPr>
              <w:br/>
              <w:t>□DT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 xml:space="preserve">　</w:t>
            </w:r>
            <w:r>
              <w:rPr>
                <w:color w:val="183242"/>
                <w:sz w:val="13"/>
                <w:lang w:eastAsia="ja-JP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>学生・他</w:t>
            </w:r>
          </w:p>
        </w:tc>
        <w:tc>
          <w:tcPr>
            <w:tcW w:w="2438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98A7AAE" w14:textId="77777777" w:rsidR="00712F08" w:rsidRDefault="00712F08" w:rsidP="00C56B1B">
            <w:pPr>
              <w:spacing w:after="0" w:line="240" w:lineRule="auto"/>
              <w:jc w:val="center"/>
              <w:rPr>
                <w:lang w:eastAsia="zh-CN"/>
              </w:rPr>
            </w:pP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 xml:space="preserve">会員　</w:t>
            </w: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>非会員</w:t>
            </w:r>
            <w:r>
              <w:rPr>
                <w:color w:val="183242"/>
                <w:sz w:val="13"/>
                <w:lang w:eastAsia="zh-CN"/>
              </w:rPr>
              <w:br/>
              <w:t>□DH/DT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 xml:space="preserve">　</w:t>
            </w: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>学生</w:t>
            </w:r>
          </w:p>
        </w:tc>
        <w:tc>
          <w:tcPr>
            <w:tcW w:w="1984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0915C46" w14:textId="77777777" w:rsidR="00712F08" w:rsidRDefault="00712F08" w:rsidP="00C56B1B">
            <w:pPr>
              <w:spacing w:after="0" w:line="240" w:lineRule="auto"/>
              <w:jc w:val="center"/>
            </w:pPr>
            <w:r>
              <w:rPr>
                <w:color w:val="183242"/>
                <w:sz w:val="15"/>
              </w:rPr>
              <w:t>□</w:t>
            </w:r>
            <w:proofErr w:type="spellStart"/>
            <w:r>
              <w:rPr>
                <w:rFonts w:ascii="ＭＳ 明朝" w:eastAsia="ＭＳ 明朝" w:hAnsi="ＭＳ 明朝" w:cs="ＭＳ 明朝" w:hint="eastAsia"/>
                <w:color w:val="183242"/>
                <w:sz w:val="15"/>
              </w:rPr>
              <w:t>受付</w:t>
            </w:r>
            <w:proofErr w:type="spellEnd"/>
          </w:p>
        </w:tc>
      </w:tr>
      <w:tr w:rsidR="00712F08" w14:paraId="244F2CB5" w14:textId="77777777" w:rsidTr="00C56B1B">
        <w:trPr>
          <w:trHeight w:hRule="exact" w:val="522"/>
          <w:jc w:val="center"/>
        </w:trPr>
        <w:tc>
          <w:tcPr>
            <w:tcW w:w="567" w:type="dxa"/>
            <w:shd w:val="clear" w:color="auto" w:fill="F8FA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E63F870" w14:textId="77777777" w:rsidR="00712F08" w:rsidRDefault="00712F08" w:rsidP="00C56B1B">
            <w:pPr>
              <w:spacing w:after="0" w:line="240" w:lineRule="auto"/>
              <w:jc w:val="center"/>
            </w:pPr>
            <w:r>
              <w:rPr>
                <w:color w:val="183242"/>
                <w:sz w:val="15"/>
              </w:rPr>
              <w:t>10</w:t>
            </w:r>
          </w:p>
        </w:tc>
        <w:tc>
          <w:tcPr>
            <w:tcW w:w="3288" w:type="dxa"/>
            <w:shd w:val="clear" w:color="auto" w:fill="F8FA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C3ECDEE" w14:textId="77777777" w:rsidR="00712F08" w:rsidRDefault="00712F08" w:rsidP="00C56B1B">
            <w:pPr>
              <w:spacing w:after="0" w:line="240" w:lineRule="auto"/>
            </w:pPr>
          </w:p>
        </w:tc>
        <w:tc>
          <w:tcPr>
            <w:tcW w:w="2381" w:type="dxa"/>
            <w:shd w:val="clear" w:color="auto" w:fill="F8FA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06F1D5E" w14:textId="77777777" w:rsidR="00712F08" w:rsidRDefault="00712F08" w:rsidP="00C56B1B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color w:val="183242"/>
                <w:sz w:val="13"/>
                <w:lang w:eastAsia="ja-JP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 xml:space="preserve">歯科医師　</w:t>
            </w:r>
            <w:r>
              <w:rPr>
                <w:color w:val="183242"/>
                <w:sz w:val="13"/>
                <w:lang w:eastAsia="ja-JP"/>
              </w:rPr>
              <w:t>□DH</w:t>
            </w:r>
            <w:r>
              <w:rPr>
                <w:color w:val="183242"/>
                <w:sz w:val="13"/>
                <w:lang w:eastAsia="ja-JP"/>
              </w:rPr>
              <w:br/>
              <w:t>□DT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 xml:space="preserve">　</w:t>
            </w:r>
            <w:r>
              <w:rPr>
                <w:color w:val="183242"/>
                <w:sz w:val="13"/>
                <w:lang w:eastAsia="ja-JP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ja-JP"/>
              </w:rPr>
              <w:t>学生・他</w:t>
            </w:r>
          </w:p>
        </w:tc>
        <w:tc>
          <w:tcPr>
            <w:tcW w:w="2438" w:type="dxa"/>
            <w:shd w:val="clear" w:color="auto" w:fill="F8FA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1C68D4A" w14:textId="77777777" w:rsidR="00712F08" w:rsidRDefault="00712F08" w:rsidP="00C56B1B">
            <w:pPr>
              <w:spacing w:after="0" w:line="240" w:lineRule="auto"/>
              <w:jc w:val="center"/>
              <w:rPr>
                <w:lang w:eastAsia="zh-CN"/>
              </w:rPr>
            </w:pP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 xml:space="preserve">会員　</w:t>
            </w: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>非会員</w:t>
            </w:r>
            <w:r>
              <w:rPr>
                <w:color w:val="183242"/>
                <w:sz w:val="13"/>
                <w:lang w:eastAsia="zh-CN"/>
              </w:rPr>
              <w:br/>
              <w:t>□DH/DT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 xml:space="preserve">　</w:t>
            </w:r>
            <w:r>
              <w:rPr>
                <w:color w:val="183242"/>
                <w:sz w:val="13"/>
                <w:lang w:eastAsia="zh-CN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3242"/>
                <w:sz w:val="13"/>
                <w:lang w:eastAsia="zh-CN"/>
              </w:rPr>
              <w:t>学生</w:t>
            </w:r>
          </w:p>
        </w:tc>
        <w:tc>
          <w:tcPr>
            <w:tcW w:w="1984" w:type="dxa"/>
            <w:shd w:val="clear" w:color="auto" w:fill="F8FAFB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92750AF" w14:textId="77777777" w:rsidR="00712F08" w:rsidRDefault="00712F08" w:rsidP="00C56B1B">
            <w:pPr>
              <w:spacing w:after="0" w:line="240" w:lineRule="auto"/>
              <w:jc w:val="center"/>
            </w:pPr>
            <w:r>
              <w:rPr>
                <w:color w:val="183242"/>
                <w:sz w:val="15"/>
              </w:rPr>
              <w:t>□</w:t>
            </w:r>
            <w:proofErr w:type="spellStart"/>
            <w:r>
              <w:rPr>
                <w:rFonts w:ascii="ＭＳ 明朝" w:eastAsia="ＭＳ 明朝" w:hAnsi="ＭＳ 明朝" w:cs="ＭＳ 明朝" w:hint="eastAsia"/>
                <w:color w:val="183242"/>
                <w:sz w:val="15"/>
              </w:rPr>
              <w:t>受付</w:t>
            </w:r>
            <w:proofErr w:type="spellEnd"/>
          </w:p>
        </w:tc>
      </w:tr>
    </w:tbl>
    <w:p w14:paraId="0C72DB26" w14:textId="77777777" w:rsidR="00712F08" w:rsidRDefault="00712F08" w:rsidP="00712F08">
      <w:pPr>
        <w:pBdr>
          <w:bottom w:val="single" w:sz="10" w:space="1" w:color="123A63"/>
        </w:pBdr>
        <w:spacing w:after="40" w:line="240" w:lineRule="auto"/>
        <w:rPr>
          <w:rFonts w:eastAsiaTheme="minorEastAsia" w:hint="eastAsia"/>
          <w:b/>
          <w:color w:val="123A63"/>
          <w:sz w:val="22"/>
          <w:lang w:eastAsia="ja-JP"/>
        </w:rPr>
      </w:pPr>
    </w:p>
    <w:p w14:paraId="2D4DE78B" w14:textId="77777777" w:rsidR="00712F08" w:rsidRDefault="00712F08" w:rsidP="00712F08">
      <w:pPr>
        <w:pBdr>
          <w:bottom w:val="single" w:sz="10" w:space="1" w:color="123A63"/>
        </w:pBdr>
        <w:spacing w:after="40" w:line="240" w:lineRule="auto"/>
        <w:rPr>
          <w:rFonts w:eastAsiaTheme="minorEastAsia" w:hint="eastAsia"/>
          <w:b/>
          <w:color w:val="123A63"/>
          <w:sz w:val="22"/>
          <w:lang w:eastAsia="ja-JP"/>
        </w:rPr>
      </w:pPr>
    </w:p>
    <w:p w14:paraId="20B895D1" w14:textId="77777777" w:rsidR="00712F08" w:rsidRDefault="00712F08" w:rsidP="00712F08">
      <w:pPr>
        <w:pBdr>
          <w:bottom w:val="single" w:sz="10" w:space="1" w:color="123A63"/>
        </w:pBdr>
        <w:spacing w:after="40" w:line="240" w:lineRule="auto"/>
        <w:rPr>
          <w:rFonts w:eastAsiaTheme="minorEastAsia" w:hint="eastAsia"/>
          <w:b/>
          <w:color w:val="123A63"/>
          <w:sz w:val="22"/>
          <w:lang w:eastAsia="ja-JP"/>
        </w:rPr>
      </w:pPr>
    </w:p>
    <w:p w14:paraId="64582FFE" w14:textId="77777777" w:rsidR="00712F08" w:rsidRPr="00527A5C" w:rsidRDefault="00712F08" w:rsidP="00712F08">
      <w:pPr>
        <w:pBdr>
          <w:bottom w:val="single" w:sz="10" w:space="1" w:color="123A63"/>
        </w:pBdr>
        <w:spacing w:after="40" w:line="240" w:lineRule="auto"/>
        <w:rPr>
          <w:rFonts w:ascii="ＭＳ 明朝" w:eastAsia="ＭＳ 明朝" w:hAnsi="ＭＳ 明朝" w:cs="ＭＳ 明朝" w:hint="eastAsia"/>
          <w:b/>
          <w:color w:val="123A63"/>
          <w:sz w:val="22"/>
          <w:lang w:eastAsia="ja-JP"/>
        </w:rPr>
      </w:pPr>
      <w:r w:rsidRPr="00527A5C">
        <w:rPr>
          <w:rFonts w:ascii="ＭＳ 明朝" w:eastAsia="ＭＳ 明朝" w:hAnsi="ＭＳ 明朝" w:cs="ＭＳ 明朝" w:hint="eastAsia"/>
          <w:b/>
          <w:color w:val="123A63"/>
          <w:sz w:val="22"/>
          <w:lang w:eastAsia="ja-JP"/>
        </w:rPr>
        <w:t>３</w:t>
      </w:r>
      <w:proofErr w:type="spellStart"/>
      <w:r w:rsidRPr="00527A5C">
        <w:rPr>
          <w:rFonts w:ascii="ＭＳ 明朝" w:eastAsia="ＭＳ 明朝" w:hAnsi="ＭＳ 明朝" w:cs="ＭＳ 明朝" w:hint="eastAsia"/>
          <w:b/>
          <w:color w:val="123A63"/>
          <w:sz w:val="22"/>
        </w:rPr>
        <w:t>参加費・当日受付</w:t>
      </w:r>
      <w:proofErr w:type="spellEnd"/>
    </w:p>
    <w:p w14:paraId="2635FE8A" w14:textId="77777777" w:rsidR="00712F08" w:rsidRPr="00B24B8D" w:rsidRDefault="00712F08" w:rsidP="00712F08">
      <w:pPr>
        <w:pStyle w:val="ae"/>
        <w:pBdr>
          <w:bottom w:val="single" w:sz="10" w:space="1" w:color="123A63"/>
        </w:pBdr>
        <w:spacing w:after="40" w:line="240" w:lineRule="auto"/>
        <w:ind w:left="360"/>
        <w:rPr>
          <w:rFonts w:eastAsiaTheme="minorEastAsia" w:hint="eastAsia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43"/>
        <w:gridCol w:w="5443"/>
      </w:tblGrid>
      <w:tr w:rsidR="00712F08" w14:paraId="2B3D585D" w14:textId="77777777" w:rsidTr="00C56B1B">
        <w:trPr>
          <w:jc w:val="center"/>
        </w:trPr>
        <w:tc>
          <w:tcPr>
            <w:tcW w:w="5443" w:type="dxa"/>
            <w:shd w:val="clear" w:color="auto" w:fill="F4F7F9"/>
            <w:tcMar>
              <w:top w:w="80" w:type="dxa"/>
              <w:left w:w="100" w:type="dxa"/>
              <w:bottom w:w="70" w:type="dxa"/>
              <w:right w:w="100" w:type="dxa"/>
            </w:tcMar>
          </w:tcPr>
          <w:p w14:paraId="0072B0C1" w14:textId="77777777" w:rsidR="00712F08" w:rsidRDefault="00712F08" w:rsidP="00C56B1B">
            <w:pPr>
              <w:spacing w:after="0" w:line="240" w:lineRule="auto"/>
              <w:rPr>
                <w:lang w:eastAsia="zh-TW"/>
              </w:rPr>
            </w:pPr>
            <w:r>
              <w:rPr>
                <w:rFonts w:ascii="ＭＳ 明朝" w:eastAsia="ＭＳ 明朝" w:hAnsi="ＭＳ 明朝" w:cs="ＭＳ 明朝" w:hint="eastAsia"/>
                <w:b/>
                <w:color w:val="123A63"/>
                <w:sz w:val="20"/>
                <w:lang w:eastAsia="zh-TW"/>
              </w:rPr>
              <w:t xml:space="preserve">参加費合計　￥　　　　　　　　　　　</w:t>
            </w:r>
          </w:p>
          <w:p w14:paraId="4AF38D91" w14:textId="77777777" w:rsidR="00712F08" w:rsidRDefault="00712F08" w:rsidP="00C56B1B">
            <w:pPr>
              <w:spacing w:after="0" w:line="240" w:lineRule="auto"/>
              <w:rPr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color w:val="667682"/>
                <w:sz w:val="15"/>
                <w:lang w:eastAsia="ja-JP"/>
              </w:rPr>
              <w:t>※各参加区分の正規参加費の</w:t>
            </w:r>
            <w:r>
              <w:rPr>
                <w:color w:val="667682"/>
                <w:sz w:val="15"/>
                <w:lang w:eastAsia="ja-JP"/>
              </w:rPr>
              <w:t>50</w:t>
            </w:r>
            <w:r>
              <w:rPr>
                <w:rFonts w:ascii="ＭＳ 明朝" w:eastAsia="ＭＳ 明朝" w:hAnsi="ＭＳ 明朝" w:cs="ＭＳ 明朝" w:hint="eastAsia"/>
                <w:color w:val="667682"/>
                <w:sz w:val="15"/>
                <w:lang w:eastAsia="ja-JP"/>
              </w:rPr>
              <w:t>％</w:t>
            </w:r>
          </w:p>
        </w:tc>
        <w:tc>
          <w:tcPr>
            <w:tcW w:w="5443" w:type="dxa"/>
            <w:shd w:val="clear" w:color="auto" w:fill="FFF6E8"/>
            <w:tcMar>
              <w:top w:w="80" w:type="dxa"/>
              <w:left w:w="100" w:type="dxa"/>
              <w:bottom w:w="70" w:type="dxa"/>
              <w:right w:w="100" w:type="dxa"/>
            </w:tcMar>
          </w:tcPr>
          <w:p w14:paraId="7C8AC904" w14:textId="77777777" w:rsidR="00712F08" w:rsidRDefault="00712F08" w:rsidP="00C56B1B">
            <w:pPr>
              <w:spacing w:after="0" w:line="240" w:lineRule="auto"/>
              <w:rPr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b/>
                <w:color w:val="183242"/>
                <w:sz w:val="17"/>
                <w:lang w:eastAsia="ja-JP"/>
              </w:rPr>
              <w:t>当日「団体割引専用受付」へお越しください</w:t>
            </w:r>
          </w:p>
          <w:p w14:paraId="734EA5D9" w14:textId="77777777" w:rsidR="00712F08" w:rsidRDefault="00712F08" w:rsidP="00C56B1B">
            <w:pPr>
              <w:spacing w:after="0" w:line="240" w:lineRule="auto"/>
              <w:rPr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color w:val="667682"/>
                <w:sz w:val="14"/>
                <w:lang w:eastAsia="ja-JP"/>
              </w:rPr>
              <w:t>原則：現金支払い／　可能な場合は代表者一括払いにご協力ください。</w:t>
            </w:r>
          </w:p>
        </w:tc>
      </w:tr>
    </w:tbl>
    <w:p w14:paraId="6B73BC3A" w14:textId="77777777" w:rsidR="00712F08" w:rsidRDefault="00712F08" w:rsidP="00712F08">
      <w:pPr>
        <w:spacing w:after="40" w:line="240" w:lineRule="auto"/>
        <w:rPr>
          <w:rFonts w:eastAsiaTheme="minorEastAsia"/>
          <w:color w:val="667682"/>
          <w:sz w:val="14"/>
          <w:lang w:eastAsia="ja-JP"/>
        </w:rPr>
      </w:pPr>
    </w:p>
    <w:p w14:paraId="5208F21C" w14:textId="77777777" w:rsidR="00712F08" w:rsidRPr="0063031F" w:rsidRDefault="00712F08" w:rsidP="00712F08">
      <w:pPr>
        <w:spacing w:after="40" w:line="240" w:lineRule="auto"/>
        <w:rPr>
          <w:rFonts w:ascii="ＭＳ 明朝" w:eastAsia="ＭＳ 明朝" w:hAnsi="ＭＳ 明朝" w:cs="ＭＳ 明朝"/>
          <w:color w:val="667682"/>
          <w:sz w:val="14"/>
          <w:lang w:eastAsia="ja-JP"/>
        </w:rPr>
      </w:pPr>
      <w:r>
        <w:rPr>
          <w:rFonts w:ascii="ＭＳ 明朝" w:eastAsia="ＭＳ 明朝" w:hAnsi="ＭＳ 明朝" w:cs="ＭＳ 明朝" w:hint="eastAsia"/>
          <w:color w:val="667682"/>
          <w:sz w:val="14"/>
          <w:lang w:eastAsia="ja-JP"/>
        </w:rPr>
        <w:t>【ご注意】</w:t>
      </w:r>
      <w:r>
        <w:rPr>
          <w:color w:val="667682"/>
          <w:sz w:val="14"/>
          <w:lang w:eastAsia="ja-JP"/>
        </w:rPr>
        <w:t xml:space="preserve"> </w:t>
      </w:r>
      <w:r w:rsidRPr="0063031F">
        <w:rPr>
          <w:b/>
          <w:bCs/>
          <w:color w:val="667682"/>
          <w:sz w:val="14"/>
          <w:lang w:eastAsia="ja-JP"/>
        </w:rPr>
        <w:t>5</w:t>
      </w:r>
      <w:r w:rsidRPr="0063031F">
        <w:rPr>
          <w:rFonts w:ascii="ＭＳ 明朝" w:eastAsia="ＭＳ 明朝" w:hAnsi="ＭＳ 明朝" w:cs="ＭＳ 明朝" w:hint="eastAsia"/>
          <w:b/>
          <w:bCs/>
          <w:color w:val="667682"/>
          <w:sz w:val="14"/>
          <w:lang w:eastAsia="ja-JP"/>
        </w:rPr>
        <w:t>名以上の事前登録が必要です。</w:t>
      </w:r>
      <w:r>
        <w:rPr>
          <w:rFonts w:ascii="ＭＳ 明朝" w:eastAsia="ＭＳ 明朝" w:hAnsi="ＭＳ 明朝" w:cs="ＭＳ 明朝" w:hint="eastAsia"/>
          <w:color w:val="667682"/>
          <w:sz w:val="14"/>
          <w:lang w:eastAsia="ja-JP"/>
        </w:rPr>
        <w:t>団体割引利用者は通常</w:t>
      </w:r>
      <w:r>
        <w:rPr>
          <w:color w:val="667682"/>
          <w:sz w:val="14"/>
          <w:lang w:eastAsia="ja-JP"/>
        </w:rPr>
        <w:t>Web</w:t>
      </w:r>
      <w:r>
        <w:rPr>
          <w:rFonts w:ascii="ＭＳ 明朝" w:eastAsia="ＭＳ 明朝" w:hAnsi="ＭＳ 明朝" w:cs="ＭＳ 明朝" w:hint="eastAsia"/>
          <w:color w:val="667682"/>
          <w:sz w:val="14"/>
          <w:lang w:eastAsia="ja-JP"/>
        </w:rPr>
        <w:t>申込みを行わないでください。他の割引との併用不可。既に通常料金で決済済みの場合は、当日窓口にて対応致します。団体割引は、</w:t>
      </w:r>
      <w:r w:rsidRPr="0063031F">
        <w:rPr>
          <w:rFonts w:ascii="ＭＳ 明朝" w:eastAsia="ＭＳ 明朝" w:hAnsi="ＭＳ 明朝" w:cs="ＭＳ 明朝" w:hint="eastAsia"/>
          <w:b/>
          <w:bCs/>
          <w:color w:val="667682"/>
          <w:sz w:val="14"/>
          <w:lang w:eastAsia="ja-JP"/>
        </w:rPr>
        <w:t>現金支払のみ対応</w:t>
      </w:r>
      <w:r>
        <w:rPr>
          <w:rFonts w:ascii="ＭＳ 明朝" w:eastAsia="ＭＳ 明朝" w:hAnsi="ＭＳ 明朝" w:cs="ＭＳ 明朝" w:hint="eastAsia"/>
          <w:color w:val="667682"/>
          <w:sz w:val="14"/>
          <w:lang w:eastAsia="ja-JP"/>
        </w:rPr>
        <w:t>。すでに決済済みの方は備考欄に記入お願いします。参加者変更は事前に団体受付窓口へご連絡ください。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43"/>
        <w:gridCol w:w="5443"/>
      </w:tblGrid>
      <w:tr w:rsidR="00712F08" w14:paraId="479352E1" w14:textId="77777777" w:rsidTr="00C56B1B">
        <w:trPr>
          <w:jc w:val="center"/>
        </w:trPr>
        <w:tc>
          <w:tcPr>
            <w:tcW w:w="5443" w:type="dxa"/>
            <w:shd w:val="clear" w:color="auto" w:fill="123A63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C3CEB86" w14:textId="77777777" w:rsidR="00712F08" w:rsidRDefault="00712F08" w:rsidP="00C56B1B">
            <w:pPr>
              <w:spacing w:after="0" w:line="240" w:lineRule="auto"/>
              <w:rPr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b/>
                <w:color w:val="FFFFFF"/>
                <w:sz w:val="17"/>
                <w:lang w:eastAsia="ja-JP"/>
              </w:rPr>
              <w:t>団体割引受付窓口　みつばやし歯科・矯正歯科クリニック</w:t>
            </w:r>
          </w:p>
          <w:p w14:paraId="082434DF" w14:textId="77777777" w:rsidR="00712F08" w:rsidRDefault="00712F08" w:rsidP="00C56B1B">
            <w:pPr>
              <w:spacing w:after="0" w:line="240" w:lineRule="auto"/>
              <w:rPr>
                <w:rFonts w:eastAsiaTheme="minorEastAsia"/>
                <w:color w:val="FFFFFF"/>
                <w:sz w:val="15"/>
                <w:lang w:eastAsia="ja-JP"/>
              </w:rPr>
            </w:pPr>
            <w:r>
              <w:rPr>
                <w:color w:val="FFFFFF"/>
                <w:sz w:val="15"/>
                <w:lang w:eastAsia="ja-JP"/>
              </w:rPr>
              <w:t>TEL</w:t>
            </w:r>
            <w:r>
              <w:rPr>
                <w:rFonts w:ascii="ＭＳ 明朝" w:eastAsia="ＭＳ 明朝" w:hAnsi="ＭＳ 明朝" w:cs="ＭＳ 明朝" w:hint="eastAsia"/>
                <w:color w:val="FFFFFF"/>
                <w:sz w:val="15"/>
                <w:lang w:eastAsia="ja-JP"/>
              </w:rPr>
              <w:t xml:space="preserve">：　［　</w:t>
            </w:r>
            <w:r>
              <w:rPr>
                <w:rFonts w:asciiTheme="minorEastAsia" w:eastAsiaTheme="minorEastAsia" w:hAnsiTheme="minorEastAsia" w:hint="eastAsia"/>
                <w:color w:val="FFFFFF"/>
                <w:sz w:val="15"/>
                <w:lang w:eastAsia="ja-JP"/>
              </w:rPr>
              <w:t>0562-92</w:t>
            </w:r>
            <w:r>
              <w:rPr>
                <w:rFonts w:ascii="ＭＳ 明朝" w:eastAsia="ＭＳ 明朝" w:hAnsi="ＭＳ 明朝" w:cs="ＭＳ 明朝" w:hint="eastAsia"/>
                <w:color w:val="FFFFFF"/>
                <w:sz w:val="15"/>
                <w:lang w:eastAsia="ja-JP"/>
              </w:rPr>
              <w:t xml:space="preserve">－2228　］　</w:t>
            </w:r>
            <w:r>
              <w:rPr>
                <w:color w:val="FFFFFF"/>
                <w:sz w:val="15"/>
                <w:lang w:eastAsia="ja-JP"/>
              </w:rPr>
              <w:t>FAX</w:t>
            </w:r>
            <w:r>
              <w:rPr>
                <w:rFonts w:ascii="ＭＳ 明朝" w:eastAsia="ＭＳ 明朝" w:hAnsi="ＭＳ 明朝" w:cs="ＭＳ 明朝" w:hint="eastAsia"/>
                <w:color w:val="FFFFFF"/>
                <w:sz w:val="15"/>
                <w:lang w:eastAsia="ja-JP"/>
              </w:rPr>
              <w:t>：［</w:t>
            </w:r>
            <w:r>
              <w:rPr>
                <w:rFonts w:asciiTheme="minorEastAsia" w:eastAsiaTheme="minorEastAsia" w:hAnsiTheme="minorEastAsia" w:hint="eastAsia"/>
                <w:color w:val="FFFFFF"/>
                <w:sz w:val="15"/>
                <w:lang w:eastAsia="ja-JP"/>
              </w:rPr>
              <w:t>0562―91―1131</w:t>
            </w:r>
            <w:r>
              <w:rPr>
                <w:rFonts w:ascii="ＭＳ 明朝" w:eastAsia="ＭＳ 明朝" w:hAnsi="ＭＳ 明朝" w:cs="ＭＳ 明朝" w:hint="eastAsia"/>
                <w:color w:val="FFFFFF"/>
                <w:sz w:val="15"/>
                <w:lang w:eastAsia="ja-JP"/>
              </w:rPr>
              <w:t xml:space="preserve">　］　</w:t>
            </w:r>
          </w:p>
          <w:p w14:paraId="700D0389" w14:textId="77777777" w:rsidR="00712F08" w:rsidRDefault="00712F08" w:rsidP="00C56B1B">
            <w:pPr>
              <w:spacing w:after="0" w:line="240" w:lineRule="auto"/>
              <w:rPr>
                <w:lang w:eastAsia="ja-JP"/>
              </w:rPr>
            </w:pPr>
            <w:r>
              <w:rPr>
                <w:color w:val="FFFFFF"/>
                <w:sz w:val="15"/>
                <w:lang w:eastAsia="ja-JP"/>
              </w:rPr>
              <w:t>E-mail</w:t>
            </w:r>
            <w:r>
              <w:rPr>
                <w:rFonts w:ascii="ＭＳ 明朝" w:eastAsia="ＭＳ 明朝" w:hAnsi="ＭＳ 明朝" w:cs="ＭＳ 明朝" w:hint="eastAsia"/>
                <w:color w:val="FFFFFF"/>
                <w:sz w:val="15"/>
                <w:lang w:eastAsia="ja-JP"/>
              </w:rPr>
              <w:t>：［mitsubayashiodc@gmail.com］</w:t>
            </w:r>
          </w:p>
        </w:tc>
        <w:tc>
          <w:tcPr>
            <w:tcW w:w="5443" w:type="dxa"/>
            <w:shd w:val="clear" w:color="auto" w:fill="16A6A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E4D8546" w14:textId="77777777" w:rsidR="00712F08" w:rsidRDefault="00712F08" w:rsidP="00C56B1B">
            <w:pPr>
              <w:spacing w:after="0" w:line="240" w:lineRule="auto"/>
              <w:jc w:val="center"/>
              <w:rPr>
                <w:lang w:eastAsia="zh-CN"/>
              </w:rPr>
            </w:pPr>
            <w:r>
              <w:rPr>
                <w:rFonts w:ascii="ＭＳ 明朝" w:eastAsia="ＭＳ 明朝" w:hAnsi="ＭＳ 明朝" w:cs="ＭＳ 明朝" w:hint="eastAsia"/>
                <w:b/>
                <w:color w:val="FFFFFF"/>
                <w:sz w:val="16"/>
                <w:lang w:eastAsia="zh-CN"/>
              </w:rPr>
              <w:t>受付処理欄</w:t>
            </w:r>
          </w:p>
          <w:p w14:paraId="3EFE947D" w14:textId="77777777" w:rsidR="00712F08" w:rsidRDefault="00712F08" w:rsidP="00C56B1B">
            <w:pPr>
              <w:spacing w:after="0" w:line="240" w:lineRule="auto"/>
              <w:jc w:val="center"/>
              <w:rPr>
                <w:lang w:eastAsia="zh-CN"/>
              </w:rPr>
            </w:pPr>
            <w:r>
              <w:rPr>
                <w:rFonts w:ascii="ＭＳ 明朝" w:eastAsia="ＭＳ 明朝" w:hAnsi="ＭＳ 明朝" w:cs="ＭＳ 明朝" w:hint="eastAsia"/>
                <w:color w:val="FFFFFF"/>
                <w:sz w:val="14"/>
                <w:lang w:eastAsia="zh-CN"/>
              </w:rPr>
              <w:t xml:space="preserve">受付日：　　　／　　　担当：　　　　</w:t>
            </w:r>
          </w:p>
        </w:tc>
      </w:tr>
    </w:tbl>
    <w:p w14:paraId="79DF68E9" w14:textId="77777777" w:rsidR="00712F08" w:rsidRPr="00F20F5A" w:rsidRDefault="00712F08" w:rsidP="00712F08">
      <w:pPr>
        <w:rPr>
          <w:rFonts w:eastAsiaTheme="minorEastAsia" w:hint="eastAsia"/>
          <w:lang w:eastAsia="ja-JP"/>
        </w:rPr>
      </w:pPr>
      <w:r>
        <w:rPr>
          <w:rFonts w:eastAsiaTheme="minorEastAsia" w:hint="eastAsia"/>
          <w:lang w:eastAsia="ja-JP"/>
        </w:rPr>
        <w:t>備考欄</w:t>
      </w:r>
    </w:p>
    <w:p w14:paraId="20A4439F" w14:textId="77777777" w:rsidR="00712F08" w:rsidRPr="00712F08" w:rsidRDefault="00712F08">
      <w:pPr>
        <w:rPr>
          <w:rFonts w:eastAsiaTheme="minorEastAsia" w:hint="eastAsia"/>
          <w:lang w:eastAsia="ja-JP"/>
        </w:rPr>
      </w:pPr>
    </w:p>
    <w:sectPr w:rsidR="00712F08" w:rsidRPr="00712F08" w:rsidSect="00034616">
      <w:pgSz w:w="11906" w:h="16838"/>
      <w:pgMar w:top="454" w:right="567" w:bottom="45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E190BB6"/>
    <w:multiLevelType w:val="hybridMultilevel"/>
    <w:tmpl w:val="42EA839C"/>
    <w:lvl w:ilvl="0" w:tplc="20409C72">
      <w:start w:val="1"/>
      <w:numFmt w:val="decimal"/>
      <w:lvlText w:val="%1"/>
      <w:lvlJc w:val="left"/>
      <w:pPr>
        <w:ind w:left="360" w:hanging="360"/>
      </w:pPr>
      <w:rPr>
        <w:rFonts w:eastAsia="Noto Sans CJK JP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23944910">
    <w:abstractNumId w:val="8"/>
  </w:num>
  <w:num w:numId="2" w16cid:durableId="1145662688">
    <w:abstractNumId w:val="6"/>
  </w:num>
  <w:num w:numId="3" w16cid:durableId="1429697195">
    <w:abstractNumId w:val="5"/>
  </w:num>
  <w:num w:numId="4" w16cid:durableId="59141594">
    <w:abstractNumId w:val="4"/>
  </w:num>
  <w:num w:numId="5" w16cid:durableId="601109551">
    <w:abstractNumId w:val="7"/>
  </w:num>
  <w:num w:numId="6" w16cid:durableId="648707205">
    <w:abstractNumId w:val="3"/>
  </w:num>
  <w:num w:numId="7" w16cid:durableId="726221435">
    <w:abstractNumId w:val="2"/>
  </w:num>
  <w:num w:numId="8" w16cid:durableId="611978425">
    <w:abstractNumId w:val="1"/>
  </w:num>
  <w:num w:numId="9" w16cid:durableId="13388754">
    <w:abstractNumId w:val="0"/>
  </w:num>
  <w:num w:numId="10" w16cid:durableId="13465973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03A8"/>
    <w:rsid w:val="000337C8"/>
    <w:rsid w:val="00034616"/>
    <w:rsid w:val="0006063C"/>
    <w:rsid w:val="0015074B"/>
    <w:rsid w:val="0029639D"/>
    <w:rsid w:val="00326F90"/>
    <w:rsid w:val="00712F08"/>
    <w:rsid w:val="008F210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85658B"/>
  <w14:defaultImageDpi w14:val="300"/>
  <w15:docId w15:val="{C92E748C-0FEA-4520-BAD0-BD82F3A49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Noto Sans CJK JP" w:eastAsia="Noto Sans CJK JP" w:hAnsi="Noto Sans CJK JP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Eigo Mitsubayashi</cp:lastModifiedBy>
  <cp:revision>2</cp:revision>
  <cp:lastPrinted>2026-08-10T09:00:00Z</cp:lastPrinted>
  <dcterms:created xsi:type="dcterms:W3CDTF">2026-08-10T09:05:00Z</dcterms:created>
  <dcterms:modified xsi:type="dcterms:W3CDTF">2026-08-10T09:05:00Z</dcterms:modified>
  <cp:category/>
</cp:coreProperties>
</file>